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2811F" w14:textId="77777777" w:rsidR="00080E88" w:rsidRDefault="00000000">
      <w:pPr>
        <w:pStyle w:val="Heading1"/>
      </w:pPr>
      <w:r>
        <w:t>Home Blood Pressure and Weight Log</w:t>
      </w:r>
    </w:p>
    <w:p w14:paraId="17D0665E" w14:textId="77777777" w:rsidR="00080E88" w:rsidRDefault="00000000">
      <w:r>
        <w:t>Use this sheet to track your blood pressure, weight, and symptoms. Bring it to your next medical appointment.</w:t>
      </w:r>
    </w:p>
    <w:p w14:paraId="30F3F167" w14:textId="77777777" w:rsidR="00080E88" w:rsidRDefault="00000000">
      <w:pPr>
        <w:pStyle w:val="Heading2"/>
      </w:pPr>
      <w:r>
        <w:t>Current Medications:</w:t>
      </w:r>
    </w:p>
    <w:p w14:paraId="1980BA50" w14:textId="77777777" w:rsidR="00080E88" w:rsidRDefault="00000000">
      <w:r>
        <w:t>__________________________________________________________</w:t>
      </w:r>
    </w:p>
    <w:p w14:paraId="7A7843E2" w14:textId="77777777" w:rsidR="00080E88" w:rsidRDefault="00000000">
      <w:r>
        <w:t>__________________________________________________________</w:t>
      </w:r>
    </w:p>
    <w:p w14:paraId="05811B5A" w14:textId="0DCE8960" w:rsidR="00015A38" w:rsidRDefault="00015A38">
      <w:r>
        <w:t>_________________________________________________________</w:t>
      </w:r>
    </w:p>
    <w:p w14:paraId="72D13779" w14:textId="77777777" w:rsidR="00080E88" w:rsidRDefault="00000000">
      <w:pPr>
        <w:pStyle w:val="Heading2"/>
      </w:pPr>
      <w:r>
        <w:t>Instructions:</w:t>
      </w:r>
    </w:p>
    <w:p w14:paraId="5F4A1F41" w14:textId="2344ABD7" w:rsidR="00080E88" w:rsidRDefault="00000000">
      <w:pPr>
        <w:pStyle w:val="ListBullet"/>
      </w:pPr>
      <w:r>
        <w:t xml:space="preserve"> Take your blood pressure and weight at the same time each day, if possible.</w:t>
      </w:r>
    </w:p>
    <w:p w14:paraId="399DFC05" w14:textId="75ADAFF8" w:rsidR="00080E88" w:rsidRDefault="00000000">
      <w:pPr>
        <w:pStyle w:val="ListBullet"/>
      </w:pPr>
      <w:r>
        <w:t xml:space="preserve"> Sit quietly for 5 minutes before measuring your blood pressure.</w:t>
      </w:r>
    </w:p>
    <w:p w14:paraId="7CDA2BDF" w14:textId="465994C9" w:rsidR="00080E88" w:rsidRDefault="00000000">
      <w:pPr>
        <w:pStyle w:val="ListBullet"/>
      </w:pPr>
      <w:r>
        <w:t xml:space="preserve"> Record your symptoms and any relevant notes.</w:t>
      </w:r>
    </w:p>
    <w:p w14:paraId="58D204F8" w14:textId="4B3188CA" w:rsidR="00080E88" w:rsidRDefault="00000000">
      <w:pPr>
        <w:pStyle w:val="ListBullet"/>
      </w:pPr>
      <w:r>
        <w:t xml:space="preserve"> Bring this sheet to your next medical appointment.</w:t>
      </w:r>
    </w:p>
    <w:p w14:paraId="20392447" w14:textId="3E364619" w:rsidR="00B75CF7" w:rsidRDefault="00B75CF7">
      <w:pPr>
        <w:pStyle w:val="ListBullet"/>
      </w:pPr>
      <w:r>
        <w:t>Check your weight around the same time of day, wearing a similar amount of clothing</w:t>
      </w:r>
    </w:p>
    <w:p w14:paraId="0C157AC9" w14:textId="77777777" w:rsidR="00080E88" w:rsidRDefault="00000000">
      <w:pPr>
        <w:pStyle w:val="Heading2"/>
      </w:pPr>
      <w:r>
        <w:t>Daily Readings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250"/>
        <w:gridCol w:w="1250"/>
        <w:gridCol w:w="1250"/>
        <w:gridCol w:w="1250"/>
        <w:gridCol w:w="1250"/>
        <w:gridCol w:w="1250"/>
      </w:tblGrid>
      <w:tr w:rsidR="00080E88" w14:paraId="659DF60C" w14:textId="77777777" w:rsidTr="00015A38">
        <w:trPr>
          <w:trHeight w:val="604"/>
        </w:trPr>
        <w:tc>
          <w:tcPr>
            <w:tcW w:w="1250" w:type="dxa"/>
          </w:tcPr>
          <w:p w14:paraId="2F141895" w14:textId="77777777" w:rsidR="00080E88" w:rsidRDefault="00000000">
            <w:r>
              <w:t>Date</w:t>
            </w:r>
          </w:p>
        </w:tc>
        <w:tc>
          <w:tcPr>
            <w:tcW w:w="1250" w:type="dxa"/>
          </w:tcPr>
          <w:p w14:paraId="30FFE25F" w14:textId="77777777" w:rsidR="00080E88" w:rsidRDefault="00000000">
            <w:r>
              <w:t>Time</w:t>
            </w:r>
          </w:p>
        </w:tc>
        <w:tc>
          <w:tcPr>
            <w:tcW w:w="1250" w:type="dxa"/>
          </w:tcPr>
          <w:p w14:paraId="639C32F9" w14:textId="77777777" w:rsidR="00080E88" w:rsidRDefault="00000000">
            <w:r>
              <w:t>Systolic</w:t>
            </w:r>
          </w:p>
        </w:tc>
        <w:tc>
          <w:tcPr>
            <w:tcW w:w="1250" w:type="dxa"/>
          </w:tcPr>
          <w:p w14:paraId="7A5C59D6" w14:textId="77777777" w:rsidR="00080E88" w:rsidRDefault="00000000">
            <w:r>
              <w:t>Diastolic</w:t>
            </w:r>
          </w:p>
        </w:tc>
        <w:tc>
          <w:tcPr>
            <w:tcW w:w="1250" w:type="dxa"/>
          </w:tcPr>
          <w:p w14:paraId="43EF6FB6" w14:textId="77777777" w:rsidR="00080E88" w:rsidRDefault="00000000">
            <w:r>
              <w:t>Heart Rate</w:t>
            </w:r>
          </w:p>
        </w:tc>
        <w:tc>
          <w:tcPr>
            <w:tcW w:w="1250" w:type="dxa"/>
          </w:tcPr>
          <w:p w14:paraId="705B4CAB" w14:textId="77777777" w:rsidR="00015A38" w:rsidRDefault="00000000">
            <w:r>
              <w:t>Weight</w:t>
            </w:r>
            <w:r w:rsidR="00015A38">
              <w:t xml:space="preserve"> </w:t>
            </w:r>
          </w:p>
          <w:p w14:paraId="539D7474" w14:textId="093C7B85" w:rsidR="00080E88" w:rsidRDefault="00015A38">
            <w:r>
              <w:t xml:space="preserve">(kg or </w:t>
            </w:r>
            <w:proofErr w:type="spellStart"/>
            <w:r>
              <w:t>lb</w:t>
            </w:r>
            <w:proofErr w:type="spellEnd"/>
            <w:r>
              <w:t>)</w:t>
            </w:r>
          </w:p>
        </w:tc>
        <w:tc>
          <w:tcPr>
            <w:tcW w:w="1250" w:type="dxa"/>
          </w:tcPr>
          <w:p w14:paraId="5A897017" w14:textId="77777777" w:rsidR="00080E88" w:rsidRDefault="00000000">
            <w:r>
              <w:t>Symptoms / Notes</w:t>
            </w:r>
          </w:p>
        </w:tc>
      </w:tr>
      <w:tr w:rsidR="00080E88" w14:paraId="5937375A" w14:textId="77777777" w:rsidTr="00015A38">
        <w:trPr>
          <w:trHeight w:val="302"/>
        </w:trPr>
        <w:tc>
          <w:tcPr>
            <w:tcW w:w="1250" w:type="dxa"/>
          </w:tcPr>
          <w:p w14:paraId="77F52670" w14:textId="77777777" w:rsidR="00080E88" w:rsidRDefault="00080E88"/>
        </w:tc>
        <w:tc>
          <w:tcPr>
            <w:tcW w:w="1250" w:type="dxa"/>
          </w:tcPr>
          <w:p w14:paraId="12D08F1A" w14:textId="77777777" w:rsidR="00080E88" w:rsidRDefault="00080E88"/>
        </w:tc>
        <w:tc>
          <w:tcPr>
            <w:tcW w:w="1250" w:type="dxa"/>
          </w:tcPr>
          <w:p w14:paraId="660E8806" w14:textId="77777777" w:rsidR="00080E88" w:rsidRDefault="00080E88"/>
        </w:tc>
        <w:tc>
          <w:tcPr>
            <w:tcW w:w="1250" w:type="dxa"/>
          </w:tcPr>
          <w:p w14:paraId="56853521" w14:textId="77777777" w:rsidR="00080E88" w:rsidRDefault="00080E88"/>
        </w:tc>
        <w:tc>
          <w:tcPr>
            <w:tcW w:w="1250" w:type="dxa"/>
          </w:tcPr>
          <w:p w14:paraId="4F5422DB" w14:textId="77777777" w:rsidR="00080E88" w:rsidRDefault="00080E88"/>
        </w:tc>
        <w:tc>
          <w:tcPr>
            <w:tcW w:w="1250" w:type="dxa"/>
          </w:tcPr>
          <w:p w14:paraId="69CA0CAA" w14:textId="77777777" w:rsidR="00080E88" w:rsidRDefault="00080E88"/>
        </w:tc>
        <w:tc>
          <w:tcPr>
            <w:tcW w:w="1250" w:type="dxa"/>
          </w:tcPr>
          <w:p w14:paraId="0754BF30" w14:textId="77777777" w:rsidR="00080E88" w:rsidRDefault="00080E88"/>
        </w:tc>
      </w:tr>
      <w:tr w:rsidR="00080E88" w14:paraId="7CA40D44" w14:textId="77777777" w:rsidTr="00015A38">
        <w:trPr>
          <w:trHeight w:val="302"/>
        </w:trPr>
        <w:tc>
          <w:tcPr>
            <w:tcW w:w="1250" w:type="dxa"/>
          </w:tcPr>
          <w:p w14:paraId="36536A43" w14:textId="77777777" w:rsidR="00080E88" w:rsidRDefault="00080E88"/>
        </w:tc>
        <w:tc>
          <w:tcPr>
            <w:tcW w:w="1250" w:type="dxa"/>
          </w:tcPr>
          <w:p w14:paraId="39205BC4" w14:textId="77777777" w:rsidR="00080E88" w:rsidRDefault="00080E88"/>
        </w:tc>
        <w:tc>
          <w:tcPr>
            <w:tcW w:w="1250" w:type="dxa"/>
          </w:tcPr>
          <w:p w14:paraId="296D365C" w14:textId="77777777" w:rsidR="00080E88" w:rsidRDefault="00080E88"/>
        </w:tc>
        <w:tc>
          <w:tcPr>
            <w:tcW w:w="1250" w:type="dxa"/>
          </w:tcPr>
          <w:p w14:paraId="5DCB3E30" w14:textId="77777777" w:rsidR="00080E88" w:rsidRDefault="00080E88"/>
        </w:tc>
        <w:tc>
          <w:tcPr>
            <w:tcW w:w="1250" w:type="dxa"/>
          </w:tcPr>
          <w:p w14:paraId="591D9E50" w14:textId="77777777" w:rsidR="00080E88" w:rsidRDefault="00080E88"/>
        </w:tc>
        <w:tc>
          <w:tcPr>
            <w:tcW w:w="1250" w:type="dxa"/>
          </w:tcPr>
          <w:p w14:paraId="604F4BF6" w14:textId="77777777" w:rsidR="00080E88" w:rsidRDefault="00080E88"/>
        </w:tc>
        <w:tc>
          <w:tcPr>
            <w:tcW w:w="1250" w:type="dxa"/>
          </w:tcPr>
          <w:p w14:paraId="5D220198" w14:textId="77777777" w:rsidR="00080E88" w:rsidRDefault="00080E88"/>
        </w:tc>
      </w:tr>
      <w:tr w:rsidR="00080E88" w14:paraId="20802CF9" w14:textId="77777777" w:rsidTr="00015A38">
        <w:trPr>
          <w:trHeight w:val="302"/>
        </w:trPr>
        <w:tc>
          <w:tcPr>
            <w:tcW w:w="1250" w:type="dxa"/>
          </w:tcPr>
          <w:p w14:paraId="3C9DDCDE" w14:textId="77777777" w:rsidR="00080E88" w:rsidRDefault="00080E88"/>
        </w:tc>
        <w:tc>
          <w:tcPr>
            <w:tcW w:w="1250" w:type="dxa"/>
          </w:tcPr>
          <w:p w14:paraId="0F2F1189" w14:textId="77777777" w:rsidR="00080E88" w:rsidRDefault="00080E88"/>
        </w:tc>
        <w:tc>
          <w:tcPr>
            <w:tcW w:w="1250" w:type="dxa"/>
          </w:tcPr>
          <w:p w14:paraId="1BC062EE" w14:textId="77777777" w:rsidR="00080E88" w:rsidRDefault="00080E88"/>
        </w:tc>
        <w:tc>
          <w:tcPr>
            <w:tcW w:w="1250" w:type="dxa"/>
          </w:tcPr>
          <w:p w14:paraId="3E9FF3BE" w14:textId="77777777" w:rsidR="00080E88" w:rsidRDefault="00080E88"/>
        </w:tc>
        <w:tc>
          <w:tcPr>
            <w:tcW w:w="1250" w:type="dxa"/>
          </w:tcPr>
          <w:p w14:paraId="19568B1B" w14:textId="77777777" w:rsidR="00080E88" w:rsidRDefault="00080E88"/>
        </w:tc>
        <w:tc>
          <w:tcPr>
            <w:tcW w:w="1250" w:type="dxa"/>
          </w:tcPr>
          <w:p w14:paraId="28233E70" w14:textId="77777777" w:rsidR="00080E88" w:rsidRDefault="00080E88"/>
        </w:tc>
        <w:tc>
          <w:tcPr>
            <w:tcW w:w="1250" w:type="dxa"/>
          </w:tcPr>
          <w:p w14:paraId="6B1F07EE" w14:textId="77777777" w:rsidR="00080E88" w:rsidRDefault="00080E88"/>
        </w:tc>
      </w:tr>
      <w:tr w:rsidR="00080E88" w14:paraId="0B0580B8" w14:textId="77777777" w:rsidTr="00015A38">
        <w:trPr>
          <w:trHeight w:val="302"/>
        </w:trPr>
        <w:tc>
          <w:tcPr>
            <w:tcW w:w="1250" w:type="dxa"/>
          </w:tcPr>
          <w:p w14:paraId="704A1B81" w14:textId="77777777" w:rsidR="00080E88" w:rsidRDefault="00080E88"/>
        </w:tc>
        <w:tc>
          <w:tcPr>
            <w:tcW w:w="1250" w:type="dxa"/>
          </w:tcPr>
          <w:p w14:paraId="660E15E7" w14:textId="77777777" w:rsidR="00080E88" w:rsidRDefault="00080E88"/>
        </w:tc>
        <w:tc>
          <w:tcPr>
            <w:tcW w:w="1250" w:type="dxa"/>
          </w:tcPr>
          <w:p w14:paraId="456B2A4A" w14:textId="77777777" w:rsidR="00080E88" w:rsidRDefault="00080E88"/>
        </w:tc>
        <w:tc>
          <w:tcPr>
            <w:tcW w:w="1250" w:type="dxa"/>
          </w:tcPr>
          <w:p w14:paraId="3B423DE3" w14:textId="77777777" w:rsidR="00080E88" w:rsidRDefault="00080E88"/>
        </w:tc>
        <w:tc>
          <w:tcPr>
            <w:tcW w:w="1250" w:type="dxa"/>
          </w:tcPr>
          <w:p w14:paraId="774D019B" w14:textId="77777777" w:rsidR="00080E88" w:rsidRDefault="00080E88"/>
        </w:tc>
        <w:tc>
          <w:tcPr>
            <w:tcW w:w="1250" w:type="dxa"/>
          </w:tcPr>
          <w:p w14:paraId="604396D6" w14:textId="77777777" w:rsidR="00080E88" w:rsidRDefault="00080E88"/>
        </w:tc>
        <w:tc>
          <w:tcPr>
            <w:tcW w:w="1250" w:type="dxa"/>
          </w:tcPr>
          <w:p w14:paraId="1BFE6F6E" w14:textId="77777777" w:rsidR="00080E88" w:rsidRDefault="00080E88"/>
        </w:tc>
      </w:tr>
      <w:tr w:rsidR="00080E88" w14:paraId="3B27A783" w14:textId="77777777" w:rsidTr="00015A38">
        <w:trPr>
          <w:trHeight w:val="302"/>
        </w:trPr>
        <w:tc>
          <w:tcPr>
            <w:tcW w:w="1250" w:type="dxa"/>
          </w:tcPr>
          <w:p w14:paraId="6D27B755" w14:textId="77777777" w:rsidR="00080E88" w:rsidRDefault="00080E88"/>
        </w:tc>
        <w:tc>
          <w:tcPr>
            <w:tcW w:w="1250" w:type="dxa"/>
          </w:tcPr>
          <w:p w14:paraId="27B12354" w14:textId="77777777" w:rsidR="00080E88" w:rsidRDefault="00080E88"/>
        </w:tc>
        <w:tc>
          <w:tcPr>
            <w:tcW w:w="1250" w:type="dxa"/>
          </w:tcPr>
          <w:p w14:paraId="51A51320" w14:textId="77777777" w:rsidR="00080E88" w:rsidRDefault="00080E88"/>
        </w:tc>
        <w:tc>
          <w:tcPr>
            <w:tcW w:w="1250" w:type="dxa"/>
          </w:tcPr>
          <w:p w14:paraId="44DB82A6" w14:textId="77777777" w:rsidR="00080E88" w:rsidRDefault="00080E88"/>
        </w:tc>
        <w:tc>
          <w:tcPr>
            <w:tcW w:w="1250" w:type="dxa"/>
          </w:tcPr>
          <w:p w14:paraId="342FF3D8" w14:textId="77777777" w:rsidR="00080E88" w:rsidRDefault="00080E88"/>
        </w:tc>
        <w:tc>
          <w:tcPr>
            <w:tcW w:w="1250" w:type="dxa"/>
          </w:tcPr>
          <w:p w14:paraId="2EAA81A2" w14:textId="77777777" w:rsidR="00080E88" w:rsidRDefault="00080E88"/>
        </w:tc>
        <w:tc>
          <w:tcPr>
            <w:tcW w:w="1250" w:type="dxa"/>
          </w:tcPr>
          <w:p w14:paraId="5E3BE75C" w14:textId="77777777" w:rsidR="00080E88" w:rsidRDefault="00080E88"/>
        </w:tc>
      </w:tr>
      <w:tr w:rsidR="00080E88" w14:paraId="2689466E" w14:textId="77777777" w:rsidTr="00015A38">
        <w:trPr>
          <w:trHeight w:val="302"/>
        </w:trPr>
        <w:tc>
          <w:tcPr>
            <w:tcW w:w="1250" w:type="dxa"/>
          </w:tcPr>
          <w:p w14:paraId="7B52266D" w14:textId="77777777" w:rsidR="00080E88" w:rsidRDefault="00080E88"/>
        </w:tc>
        <w:tc>
          <w:tcPr>
            <w:tcW w:w="1250" w:type="dxa"/>
          </w:tcPr>
          <w:p w14:paraId="19991BA3" w14:textId="77777777" w:rsidR="00080E88" w:rsidRDefault="00080E88"/>
        </w:tc>
        <w:tc>
          <w:tcPr>
            <w:tcW w:w="1250" w:type="dxa"/>
          </w:tcPr>
          <w:p w14:paraId="21C5EF3E" w14:textId="77777777" w:rsidR="00080E88" w:rsidRDefault="00080E88"/>
        </w:tc>
        <w:tc>
          <w:tcPr>
            <w:tcW w:w="1250" w:type="dxa"/>
          </w:tcPr>
          <w:p w14:paraId="4177EBC0" w14:textId="77777777" w:rsidR="00080E88" w:rsidRDefault="00080E88"/>
        </w:tc>
        <w:tc>
          <w:tcPr>
            <w:tcW w:w="1250" w:type="dxa"/>
          </w:tcPr>
          <w:p w14:paraId="309BF081" w14:textId="77777777" w:rsidR="00080E88" w:rsidRDefault="00080E88"/>
        </w:tc>
        <w:tc>
          <w:tcPr>
            <w:tcW w:w="1250" w:type="dxa"/>
          </w:tcPr>
          <w:p w14:paraId="696650D7" w14:textId="77777777" w:rsidR="00080E88" w:rsidRDefault="00080E88"/>
        </w:tc>
        <w:tc>
          <w:tcPr>
            <w:tcW w:w="1250" w:type="dxa"/>
          </w:tcPr>
          <w:p w14:paraId="153828FE" w14:textId="77777777" w:rsidR="00080E88" w:rsidRDefault="00080E88"/>
        </w:tc>
      </w:tr>
      <w:tr w:rsidR="00080E88" w14:paraId="5649AC87" w14:textId="77777777" w:rsidTr="00015A38">
        <w:trPr>
          <w:trHeight w:val="302"/>
        </w:trPr>
        <w:tc>
          <w:tcPr>
            <w:tcW w:w="1250" w:type="dxa"/>
          </w:tcPr>
          <w:p w14:paraId="7B5FBF9A" w14:textId="77777777" w:rsidR="00080E88" w:rsidRDefault="00080E88"/>
        </w:tc>
        <w:tc>
          <w:tcPr>
            <w:tcW w:w="1250" w:type="dxa"/>
          </w:tcPr>
          <w:p w14:paraId="23466864" w14:textId="77777777" w:rsidR="00080E88" w:rsidRDefault="00080E88"/>
        </w:tc>
        <w:tc>
          <w:tcPr>
            <w:tcW w:w="1250" w:type="dxa"/>
          </w:tcPr>
          <w:p w14:paraId="5F1F77F4" w14:textId="77777777" w:rsidR="00080E88" w:rsidRDefault="00080E88"/>
        </w:tc>
        <w:tc>
          <w:tcPr>
            <w:tcW w:w="1250" w:type="dxa"/>
          </w:tcPr>
          <w:p w14:paraId="5549AB40" w14:textId="77777777" w:rsidR="00080E88" w:rsidRDefault="00080E88"/>
        </w:tc>
        <w:tc>
          <w:tcPr>
            <w:tcW w:w="1250" w:type="dxa"/>
          </w:tcPr>
          <w:p w14:paraId="063B8767" w14:textId="77777777" w:rsidR="00080E88" w:rsidRDefault="00080E88"/>
        </w:tc>
        <w:tc>
          <w:tcPr>
            <w:tcW w:w="1250" w:type="dxa"/>
          </w:tcPr>
          <w:p w14:paraId="34C62308" w14:textId="77777777" w:rsidR="00080E88" w:rsidRDefault="00080E88"/>
        </w:tc>
        <w:tc>
          <w:tcPr>
            <w:tcW w:w="1250" w:type="dxa"/>
          </w:tcPr>
          <w:p w14:paraId="303AAE9E" w14:textId="77777777" w:rsidR="00080E88" w:rsidRDefault="00080E88"/>
        </w:tc>
      </w:tr>
      <w:tr w:rsidR="00080E88" w14:paraId="4CA85CA2" w14:textId="77777777" w:rsidTr="00015A38">
        <w:trPr>
          <w:trHeight w:val="302"/>
        </w:trPr>
        <w:tc>
          <w:tcPr>
            <w:tcW w:w="1250" w:type="dxa"/>
          </w:tcPr>
          <w:p w14:paraId="636C9BAB" w14:textId="77777777" w:rsidR="00080E88" w:rsidRDefault="00080E88"/>
        </w:tc>
        <w:tc>
          <w:tcPr>
            <w:tcW w:w="1250" w:type="dxa"/>
          </w:tcPr>
          <w:p w14:paraId="589CED26" w14:textId="77777777" w:rsidR="00080E88" w:rsidRDefault="00080E88"/>
        </w:tc>
        <w:tc>
          <w:tcPr>
            <w:tcW w:w="1250" w:type="dxa"/>
          </w:tcPr>
          <w:p w14:paraId="1742B894" w14:textId="77777777" w:rsidR="00080E88" w:rsidRDefault="00080E88"/>
        </w:tc>
        <w:tc>
          <w:tcPr>
            <w:tcW w:w="1250" w:type="dxa"/>
          </w:tcPr>
          <w:p w14:paraId="75AFBD36" w14:textId="77777777" w:rsidR="00080E88" w:rsidRDefault="00080E88"/>
        </w:tc>
        <w:tc>
          <w:tcPr>
            <w:tcW w:w="1250" w:type="dxa"/>
          </w:tcPr>
          <w:p w14:paraId="71FAAA57" w14:textId="77777777" w:rsidR="00080E88" w:rsidRDefault="00080E88"/>
        </w:tc>
        <w:tc>
          <w:tcPr>
            <w:tcW w:w="1250" w:type="dxa"/>
          </w:tcPr>
          <w:p w14:paraId="3865B0D6" w14:textId="77777777" w:rsidR="00080E88" w:rsidRDefault="00080E88"/>
        </w:tc>
        <w:tc>
          <w:tcPr>
            <w:tcW w:w="1250" w:type="dxa"/>
          </w:tcPr>
          <w:p w14:paraId="303DC481" w14:textId="77777777" w:rsidR="00080E88" w:rsidRDefault="00080E88"/>
        </w:tc>
      </w:tr>
      <w:tr w:rsidR="00080E88" w14:paraId="0CAE6BE6" w14:textId="77777777" w:rsidTr="00015A38">
        <w:trPr>
          <w:trHeight w:val="302"/>
        </w:trPr>
        <w:tc>
          <w:tcPr>
            <w:tcW w:w="1250" w:type="dxa"/>
          </w:tcPr>
          <w:p w14:paraId="71F68F89" w14:textId="77777777" w:rsidR="00080E88" w:rsidRDefault="00080E88"/>
        </w:tc>
        <w:tc>
          <w:tcPr>
            <w:tcW w:w="1250" w:type="dxa"/>
          </w:tcPr>
          <w:p w14:paraId="1AED6F10" w14:textId="77777777" w:rsidR="00080E88" w:rsidRDefault="00080E88"/>
        </w:tc>
        <w:tc>
          <w:tcPr>
            <w:tcW w:w="1250" w:type="dxa"/>
          </w:tcPr>
          <w:p w14:paraId="21CA68B2" w14:textId="77777777" w:rsidR="00080E88" w:rsidRDefault="00080E88"/>
        </w:tc>
        <w:tc>
          <w:tcPr>
            <w:tcW w:w="1250" w:type="dxa"/>
          </w:tcPr>
          <w:p w14:paraId="6D1F2AC3" w14:textId="77777777" w:rsidR="00080E88" w:rsidRDefault="00080E88"/>
        </w:tc>
        <w:tc>
          <w:tcPr>
            <w:tcW w:w="1250" w:type="dxa"/>
          </w:tcPr>
          <w:p w14:paraId="5FB85A39" w14:textId="77777777" w:rsidR="00080E88" w:rsidRDefault="00080E88"/>
        </w:tc>
        <w:tc>
          <w:tcPr>
            <w:tcW w:w="1250" w:type="dxa"/>
          </w:tcPr>
          <w:p w14:paraId="3E6A1F63" w14:textId="77777777" w:rsidR="00080E88" w:rsidRDefault="00080E88"/>
        </w:tc>
        <w:tc>
          <w:tcPr>
            <w:tcW w:w="1250" w:type="dxa"/>
          </w:tcPr>
          <w:p w14:paraId="0842FB46" w14:textId="77777777" w:rsidR="00080E88" w:rsidRDefault="00080E88"/>
        </w:tc>
      </w:tr>
      <w:tr w:rsidR="00080E88" w14:paraId="32588073" w14:textId="77777777" w:rsidTr="00015A38">
        <w:trPr>
          <w:trHeight w:val="302"/>
        </w:trPr>
        <w:tc>
          <w:tcPr>
            <w:tcW w:w="1250" w:type="dxa"/>
          </w:tcPr>
          <w:p w14:paraId="1A6E0443" w14:textId="77777777" w:rsidR="00080E88" w:rsidRDefault="00080E88"/>
        </w:tc>
        <w:tc>
          <w:tcPr>
            <w:tcW w:w="1250" w:type="dxa"/>
          </w:tcPr>
          <w:p w14:paraId="09A6508A" w14:textId="77777777" w:rsidR="00080E88" w:rsidRDefault="00080E88"/>
        </w:tc>
        <w:tc>
          <w:tcPr>
            <w:tcW w:w="1250" w:type="dxa"/>
          </w:tcPr>
          <w:p w14:paraId="4C6C7B93" w14:textId="77777777" w:rsidR="00080E88" w:rsidRDefault="00080E88"/>
        </w:tc>
        <w:tc>
          <w:tcPr>
            <w:tcW w:w="1250" w:type="dxa"/>
          </w:tcPr>
          <w:p w14:paraId="78CD8E24" w14:textId="77777777" w:rsidR="00080E88" w:rsidRDefault="00080E88"/>
        </w:tc>
        <w:tc>
          <w:tcPr>
            <w:tcW w:w="1250" w:type="dxa"/>
          </w:tcPr>
          <w:p w14:paraId="00D2EFD2" w14:textId="77777777" w:rsidR="00080E88" w:rsidRDefault="00080E88"/>
        </w:tc>
        <w:tc>
          <w:tcPr>
            <w:tcW w:w="1250" w:type="dxa"/>
          </w:tcPr>
          <w:p w14:paraId="3746FE9E" w14:textId="77777777" w:rsidR="00080E88" w:rsidRDefault="00080E88"/>
        </w:tc>
        <w:tc>
          <w:tcPr>
            <w:tcW w:w="1250" w:type="dxa"/>
          </w:tcPr>
          <w:p w14:paraId="39A2B723" w14:textId="77777777" w:rsidR="00080E88" w:rsidRDefault="00080E88"/>
        </w:tc>
      </w:tr>
      <w:tr w:rsidR="00080E88" w14:paraId="4C8576B7" w14:textId="77777777" w:rsidTr="00015A38">
        <w:trPr>
          <w:trHeight w:val="302"/>
        </w:trPr>
        <w:tc>
          <w:tcPr>
            <w:tcW w:w="1250" w:type="dxa"/>
          </w:tcPr>
          <w:p w14:paraId="0844813D" w14:textId="77777777" w:rsidR="00080E88" w:rsidRDefault="00080E88"/>
        </w:tc>
        <w:tc>
          <w:tcPr>
            <w:tcW w:w="1250" w:type="dxa"/>
          </w:tcPr>
          <w:p w14:paraId="471EC33F" w14:textId="77777777" w:rsidR="00080E88" w:rsidRDefault="00080E88"/>
        </w:tc>
        <w:tc>
          <w:tcPr>
            <w:tcW w:w="1250" w:type="dxa"/>
          </w:tcPr>
          <w:p w14:paraId="023529AC" w14:textId="77777777" w:rsidR="00080E88" w:rsidRDefault="00080E88"/>
        </w:tc>
        <w:tc>
          <w:tcPr>
            <w:tcW w:w="1250" w:type="dxa"/>
          </w:tcPr>
          <w:p w14:paraId="4C8C6088" w14:textId="77777777" w:rsidR="00080E88" w:rsidRDefault="00080E88"/>
        </w:tc>
        <w:tc>
          <w:tcPr>
            <w:tcW w:w="1250" w:type="dxa"/>
          </w:tcPr>
          <w:p w14:paraId="40603253" w14:textId="77777777" w:rsidR="00080E88" w:rsidRDefault="00080E88"/>
        </w:tc>
        <w:tc>
          <w:tcPr>
            <w:tcW w:w="1250" w:type="dxa"/>
          </w:tcPr>
          <w:p w14:paraId="457780BB" w14:textId="77777777" w:rsidR="00080E88" w:rsidRDefault="00080E88"/>
        </w:tc>
        <w:tc>
          <w:tcPr>
            <w:tcW w:w="1250" w:type="dxa"/>
          </w:tcPr>
          <w:p w14:paraId="149252F6" w14:textId="77777777" w:rsidR="00080E88" w:rsidRDefault="00080E88"/>
        </w:tc>
      </w:tr>
      <w:tr w:rsidR="00080E88" w14:paraId="36A7F2EF" w14:textId="77777777" w:rsidTr="00015A38">
        <w:trPr>
          <w:trHeight w:val="302"/>
        </w:trPr>
        <w:tc>
          <w:tcPr>
            <w:tcW w:w="1250" w:type="dxa"/>
          </w:tcPr>
          <w:p w14:paraId="37283208" w14:textId="77777777" w:rsidR="00080E88" w:rsidRDefault="00080E88"/>
        </w:tc>
        <w:tc>
          <w:tcPr>
            <w:tcW w:w="1250" w:type="dxa"/>
          </w:tcPr>
          <w:p w14:paraId="1C1437CC" w14:textId="77777777" w:rsidR="00080E88" w:rsidRDefault="00080E88"/>
        </w:tc>
        <w:tc>
          <w:tcPr>
            <w:tcW w:w="1250" w:type="dxa"/>
          </w:tcPr>
          <w:p w14:paraId="4EAD4D3F" w14:textId="77777777" w:rsidR="00080E88" w:rsidRDefault="00080E88"/>
        </w:tc>
        <w:tc>
          <w:tcPr>
            <w:tcW w:w="1250" w:type="dxa"/>
          </w:tcPr>
          <w:p w14:paraId="6979564E" w14:textId="77777777" w:rsidR="00080E88" w:rsidRDefault="00080E88"/>
        </w:tc>
        <w:tc>
          <w:tcPr>
            <w:tcW w:w="1250" w:type="dxa"/>
          </w:tcPr>
          <w:p w14:paraId="6EF0E82B" w14:textId="77777777" w:rsidR="00080E88" w:rsidRDefault="00080E88"/>
        </w:tc>
        <w:tc>
          <w:tcPr>
            <w:tcW w:w="1250" w:type="dxa"/>
          </w:tcPr>
          <w:p w14:paraId="2B07A0CD" w14:textId="77777777" w:rsidR="00080E88" w:rsidRDefault="00080E88"/>
        </w:tc>
        <w:tc>
          <w:tcPr>
            <w:tcW w:w="1250" w:type="dxa"/>
          </w:tcPr>
          <w:p w14:paraId="5EB09098" w14:textId="77777777" w:rsidR="00080E88" w:rsidRDefault="00080E88"/>
        </w:tc>
      </w:tr>
      <w:tr w:rsidR="00080E88" w14:paraId="015777CF" w14:textId="77777777" w:rsidTr="00015A38">
        <w:trPr>
          <w:trHeight w:val="302"/>
        </w:trPr>
        <w:tc>
          <w:tcPr>
            <w:tcW w:w="1250" w:type="dxa"/>
          </w:tcPr>
          <w:p w14:paraId="641F7AE3" w14:textId="77777777" w:rsidR="00080E88" w:rsidRDefault="00080E88"/>
        </w:tc>
        <w:tc>
          <w:tcPr>
            <w:tcW w:w="1250" w:type="dxa"/>
          </w:tcPr>
          <w:p w14:paraId="26BA3BEB" w14:textId="77777777" w:rsidR="00080E88" w:rsidRDefault="00080E88"/>
        </w:tc>
        <w:tc>
          <w:tcPr>
            <w:tcW w:w="1250" w:type="dxa"/>
          </w:tcPr>
          <w:p w14:paraId="51997DF6" w14:textId="77777777" w:rsidR="00080E88" w:rsidRDefault="00080E88"/>
        </w:tc>
        <w:tc>
          <w:tcPr>
            <w:tcW w:w="1250" w:type="dxa"/>
          </w:tcPr>
          <w:p w14:paraId="08822D2C" w14:textId="77777777" w:rsidR="00080E88" w:rsidRDefault="00080E88"/>
        </w:tc>
        <w:tc>
          <w:tcPr>
            <w:tcW w:w="1250" w:type="dxa"/>
          </w:tcPr>
          <w:p w14:paraId="050BAC8E" w14:textId="77777777" w:rsidR="00080E88" w:rsidRDefault="00080E88"/>
        </w:tc>
        <w:tc>
          <w:tcPr>
            <w:tcW w:w="1250" w:type="dxa"/>
          </w:tcPr>
          <w:p w14:paraId="2BE78693" w14:textId="77777777" w:rsidR="00080E88" w:rsidRDefault="00080E88"/>
        </w:tc>
        <w:tc>
          <w:tcPr>
            <w:tcW w:w="1250" w:type="dxa"/>
          </w:tcPr>
          <w:p w14:paraId="6C2277B6" w14:textId="77777777" w:rsidR="00080E88" w:rsidRDefault="00080E88"/>
        </w:tc>
      </w:tr>
      <w:tr w:rsidR="00080E88" w14:paraId="553DD27E" w14:textId="77777777" w:rsidTr="00015A38">
        <w:trPr>
          <w:trHeight w:val="302"/>
        </w:trPr>
        <w:tc>
          <w:tcPr>
            <w:tcW w:w="1250" w:type="dxa"/>
          </w:tcPr>
          <w:p w14:paraId="139BE8E3" w14:textId="77777777" w:rsidR="00080E88" w:rsidRDefault="00080E88"/>
        </w:tc>
        <w:tc>
          <w:tcPr>
            <w:tcW w:w="1250" w:type="dxa"/>
          </w:tcPr>
          <w:p w14:paraId="5F421824" w14:textId="77777777" w:rsidR="00080E88" w:rsidRDefault="00080E88"/>
        </w:tc>
        <w:tc>
          <w:tcPr>
            <w:tcW w:w="1250" w:type="dxa"/>
          </w:tcPr>
          <w:p w14:paraId="05A513F5" w14:textId="77777777" w:rsidR="00080E88" w:rsidRDefault="00080E88"/>
        </w:tc>
        <w:tc>
          <w:tcPr>
            <w:tcW w:w="1250" w:type="dxa"/>
          </w:tcPr>
          <w:p w14:paraId="28FB44F8" w14:textId="77777777" w:rsidR="00080E88" w:rsidRDefault="00080E88"/>
        </w:tc>
        <w:tc>
          <w:tcPr>
            <w:tcW w:w="1250" w:type="dxa"/>
          </w:tcPr>
          <w:p w14:paraId="4A91A2F4" w14:textId="77777777" w:rsidR="00080E88" w:rsidRDefault="00080E88"/>
        </w:tc>
        <w:tc>
          <w:tcPr>
            <w:tcW w:w="1250" w:type="dxa"/>
          </w:tcPr>
          <w:p w14:paraId="502541B5" w14:textId="77777777" w:rsidR="00080E88" w:rsidRDefault="00080E88"/>
        </w:tc>
        <w:tc>
          <w:tcPr>
            <w:tcW w:w="1250" w:type="dxa"/>
          </w:tcPr>
          <w:p w14:paraId="40569924" w14:textId="77777777" w:rsidR="00080E88" w:rsidRDefault="00080E88"/>
        </w:tc>
      </w:tr>
      <w:tr w:rsidR="00080E88" w14:paraId="0E2A1C6E" w14:textId="77777777" w:rsidTr="00015A38">
        <w:trPr>
          <w:trHeight w:val="302"/>
        </w:trPr>
        <w:tc>
          <w:tcPr>
            <w:tcW w:w="1250" w:type="dxa"/>
          </w:tcPr>
          <w:p w14:paraId="3FC11280" w14:textId="77777777" w:rsidR="00080E88" w:rsidRDefault="00080E88"/>
        </w:tc>
        <w:tc>
          <w:tcPr>
            <w:tcW w:w="1250" w:type="dxa"/>
          </w:tcPr>
          <w:p w14:paraId="6CEF9376" w14:textId="77777777" w:rsidR="00080E88" w:rsidRDefault="00080E88"/>
        </w:tc>
        <w:tc>
          <w:tcPr>
            <w:tcW w:w="1250" w:type="dxa"/>
          </w:tcPr>
          <w:p w14:paraId="3DF90356" w14:textId="77777777" w:rsidR="00080E88" w:rsidRDefault="00080E88"/>
        </w:tc>
        <w:tc>
          <w:tcPr>
            <w:tcW w:w="1250" w:type="dxa"/>
          </w:tcPr>
          <w:p w14:paraId="1501E29F" w14:textId="77777777" w:rsidR="00080E88" w:rsidRDefault="00080E88"/>
        </w:tc>
        <w:tc>
          <w:tcPr>
            <w:tcW w:w="1250" w:type="dxa"/>
          </w:tcPr>
          <w:p w14:paraId="045FA237" w14:textId="77777777" w:rsidR="00080E88" w:rsidRDefault="00080E88"/>
        </w:tc>
        <w:tc>
          <w:tcPr>
            <w:tcW w:w="1250" w:type="dxa"/>
          </w:tcPr>
          <w:p w14:paraId="63DED126" w14:textId="77777777" w:rsidR="00080E88" w:rsidRDefault="00080E88"/>
        </w:tc>
        <w:tc>
          <w:tcPr>
            <w:tcW w:w="1250" w:type="dxa"/>
          </w:tcPr>
          <w:p w14:paraId="760A8F58" w14:textId="77777777" w:rsidR="00080E88" w:rsidRDefault="00080E88"/>
        </w:tc>
      </w:tr>
      <w:tr w:rsidR="00080E88" w14:paraId="230B9DAC" w14:textId="77777777" w:rsidTr="00015A38">
        <w:trPr>
          <w:trHeight w:val="302"/>
        </w:trPr>
        <w:tc>
          <w:tcPr>
            <w:tcW w:w="1250" w:type="dxa"/>
          </w:tcPr>
          <w:p w14:paraId="00916C60" w14:textId="77777777" w:rsidR="00080E88" w:rsidRDefault="00080E88"/>
        </w:tc>
        <w:tc>
          <w:tcPr>
            <w:tcW w:w="1250" w:type="dxa"/>
          </w:tcPr>
          <w:p w14:paraId="65F74C21" w14:textId="77777777" w:rsidR="00080E88" w:rsidRDefault="00080E88"/>
        </w:tc>
        <w:tc>
          <w:tcPr>
            <w:tcW w:w="1250" w:type="dxa"/>
          </w:tcPr>
          <w:p w14:paraId="5B30831A" w14:textId="77777777" w:rsidR="00080E88" w:rsidRDefault="00080E88"/>
        </w:tc>
        <w:tc>
          <w:tcPr>
            <w:tcW w:w="1250" w:type="dxa"/>
          </w:tcPr>
          <w:p w14:paraId="6F225E13" w14:textId="77777777" w:rsidR="00080E88" w:rsidRDefault="00080E88"/>
        </w:tc>
        <w:tc>
          <w:tcPr>
            <w:tcW w:w="1250" w:type="dxa"/>
          </w:tcPr>
          <w:p w14:paraId="147FF2BF" w14:textId="77777777" w:rsidR="00080E88" w:rsidRDefault="00080E88"/>
        </w:tc>
        <w:tc>
          <w:tcPr>
            <w:tcW w:w="1250" w:type="dxa"/>
          </w:tcPr>
          <w:p w14:paraId="0B9035D3" w14:textId="77777777" w:rsidR="00080E88" w:rsidRDefault="00080E88"/>
        </w:tc>
        <w:tc>
          <w:tcPr>
            <w:tcW w:w="1250" w:type="dxa"/>
          </w:tcPr>
          <w:p w14:paraId="366D881D" w14:textId="77777777" w:rsidR="00080E88" w:rsidRDefault="00080E88"/>
        </w:tc>
      </w:tr>
      <w:tr w:rsidR="00080E88" w14:paraId="3DEF59E7" w14:textId="77777777" w:rsidTr="00015A38">
        <w:trPr>
          <w:trHeight w:val="302"/>
        </w:trPr>
        <w:tc>
          <w:tcPr>
            <w:tcW w:w="1250" w:type="dxa"/>
          </w:tcPr>
          <w:p w14:paraId="0FACA0DC" w14:textId="77777777" w:rsidR="00080E88" w:rsidRDefault="00080E88"/>
        </w:tc>
        <w:tc>
          <w:tcPr>
            <w:tcW w:w="1250" w:type="dxa"/>
          </w:tcPr>
          <w:p w14:paraId="6CA3D570" w14:textId="77777777" w:rsidR="00080E88" w:rsidRDefault="00080E88"/>
        </w:tc>
        <w:tc>
          <w:tcPr>
            <w:tcW w:w="1250" w:type="dxa"/>
          </w:tcPr>
          <w:p w14:paraId="64400865" w14:textId="77777777" w:rsidR="00080E88" w:rsidRDefault="00080E88"/>
        </w:tc>
        <w:tc>
          <w:tcPr>
            <w:tcW w:w="1250" w:type="dxa"/>
          </w:tcPr>
          <w:p w14:paraId="078EFB50" w14:textId="77777777" w:rsidR="00080E88" w:rsidRDefault="00080E88"/>
        </w:tc>
        <w:tc>
          <w:tcPr>
            <w:tcW w:w="1250" w:type="dxa"/>
          </w:tcPr>
          <w:p w14:paraId="134BDFC4" w14:textId="77777777" w:rsidR="00080E88" w:rsidRDefault="00080E88"/>
        </w:tc>
        <w:tc>
          <w:tcPr>
            <w:tcW w:w="1250" w:type="dxa"/>
          </w:tcPr>
          <w:p w14:paraId="60D4226A" w14:textId="77777777" w:rsidR="00080E88" w:rsidRDefault="00080E88"/>
        </w:tc>
        <w:tc>
          <w:tcPr>
            <w:tcW w:w="1250" w:type="dxa"/>
          </w:tcPr>
          <w:p w14:paraId="45392FE6" w14:textId="77777777" w:rsidR="00080E88" w:rsidRDefault="00080E88"/>
        </w:tc>
      </w:tr>
      <w:tr w:rsidR="00080E88" w14:paraId="2D9D7440" w14:textId="77777777" w:rsidTr="00015A38">
        <w:trPr>
          <w:trHeight w:val="302"/>
        </w:trPr>
        <w:tc>
          <w:tcPr>
            <w:tcW w:w="1250" w:type="dxa"/>
          </w:tcPr>
          <w:p w14:paraId="2258DA79" w14:textId="77777777" w:rsidR="00080E88" w:rsidRDefault="00080E88"/>
        </w:tc>
        <w:tc>
          <w:tcPr>
            <w:tcW w:w="1250" w:type="dxa"/>
          </w:tcPr>
          <w:p w14:paraId="45C2087B" w14:textId="77777777" w:rsidR="00080E88" w:rsidRDefault="00080E88"/>
        </w:tc>
        <w:tc>
          <w:tcPr>
            <w:tcW w:w="1250" w:type="dxa"/>
          </w:tcPr>
          <w:p w14:paraId="3FCC3D30" w14:textId="77777777" w:rsidR="00080E88" w:rsidRDefault="00080E88"/>
        </w:tc>
        <w:tc>
          <w:tcPr>
            <w:tcW w:w="1250" w:type="dxa"/>
          </w:tcPr>
          <w:p w14:paraId="19542080" w14:textId="77777777" w:rsidR="00080E88" w:rsidRDefault="00080E88"/>
        </w:tc>
        <w:tc>
          <w:tcPr>
            <w:tcW w:w="1250" w:type="dxa"/>
          </w:tcPr>
          <w:p w14:paraId="4B6F7B9B" w14:textId="77777777" w:rsidR="00080E88" w:rsidRDefault="00080E88"/>
        </w:tc>
        <w:tc>
          <w:tcPr>
            <w:tcW w:w="1250" w:type="dxa"/>
          </w:tcPr>
          <w:p w14:paraId="0EE5D07D" w14:textId="77777777" w:rsidR="00080E88" w:rsidRDefault="00080E88"/>
        </w:tc>
        <w:tc>
          <w:tcPr>
            <w:tcW w:w="1250" w:type="dxa"/>
          </w:tcPr>
          <w:p w14:paraId="217C0375" w14:textId="77777777" w:rsidR="00080E88" w:rsidRDefault="00080E88"/>
        </w:tc>
      </w:tr>
      <w:tr w:rsidR="00080E88" w14:paraId="5B614A84" w14:textId="77777777" w:rsidTr="00015A38">
        <w:trPr>
          <w:trHeight w:val="302"/>
        </w:trPr>
        <w:tc>
          <w:tcPr>
            <w:tcW w:w="1250" w:type="dxa"/>
          </w:tcPr>
          <w:p w14:paraId="0C817F70" w14:textId="77777777" w:rsidR="00080E88" w:rsidRDefault="00080E88"/>
        </w:tc>
        <w:tc>
          <w:tcPr>
            <w:tcW w:w="1250" w:type="dxa"/>
          </w:tcPr>
          <w:p w14:paraId="5F02AA67" w14:textId="77777777" w:rsidR="00080E88" w:rsidRDefault="00080E88"/>
        </w:tc>
        <w:tc>
          <w:tcPr>
            <w:tcW w:w="1250" w:type="dxa"/>
          </w:tcPr>
          <w:p w14:paraId="04500C89" w14:textId="77777777" w:rsidR="00080E88" w:rsidRDefault="00080E88"/>
        </w:tc>
        <w:tc>
          <w:tcPr>
            <w:tcW w:w="1250" w:type="dxa"/>
          </w:tcPr>
          <w:p w14:paraId="0DFD9274" w14:textId="77777777" w:rsidR="00080E88" w:rsidRDefault="00080E88"/>
        </w:tc>
        <w:tc>
          <w:tcPr>
            <w:tcW w:w="1250" w:type="dxa"/>
          </w:tcPr>
          <w:p w14:paraId="53E825D6" w14:textId="77777777" w:rsidR="00080E88" w:rsidRDefault="00080E88"/>
        </w:tc>
        <w:tc>
          <w:tcPr>
            <w:tcW w:w="1250" w:type="dxa"/>
          </w:tcPr>
          <w:p w14:paraId="0C005757" w14:textId="77777777" w:rsidR="00080E88" w:rsidRDefault="00080E88"/>
        </w:tc>
        <w:tc>
          <w:tcPr>
            <w:tcW w:w="1250" w:type="dxa"/>
          </w:tcPr>
          <w:p w14:paraId="04235ADC" w14:textId="77777777" w:rsidR="00080E88" w:rsidRDefault="00080E88"/>
        </w:tc>
      </w:tr>
      <w:tr w:rsidR="00080E88" w14:paraId="64185C85" w14:textId="77777777" w:rsidTr="00015A38">
        <w:trPr>
          <w:trHeight w:val="302"/>
        </w:trPr>
        <w:tc>
          <w:tcPr>
            <w:tcW w:w="1250" w:type="dxa"/>
          </w:tcPr>
          <w:p w14:paraId="3E748451" w14:textId="77777777" w:rsidR="00080E88" w:rsidRDefault="00080E88"/>
        </w:tc>
        <w:tc>
          <w:tcPr>
            <w:tcW w:w="1250" w:type="dxa"/>
          </w:tcPr>
          <w:p w14:paraId="1704F384" w14:textId="77777777" w:rsidR="00080E88" w:rsidRDefault="00080E88"/>
        </w:tc>
        <w:tc>
          <w:tcPr>
            <w:tcW w:w="1250" w:type="dxa"/>
          </w:tcPr>
          <w:p w14:paraId="33FECB7F" w14:textId="77777777" w:rsidR="00080E88" w:rsidRDefault="00080E88"/>
        </w:tc>
        <w:tc>
          <w:tcPr>
            <w:tcW w:w="1250" w:type="dxa"/>
          </w:tcPr>
          <w:p w14:paraId="50D197FC" w14:textId="77777777" w:rsidR="00080E88" w:rsidRDefault="00080E88"/>
        </w:tc>
        <w:tc>
          <w:tcPr>
            <w:tcW w:w="1250" w:type="dxa"/>
          </w:tcPr>
          <w:p w14:paraId="13C07804" w14:textId="77777777" w:rsidR="00080E88" w:rsidRDefault="00080E88"/>
        </w:tc>
        <w:tc>
          <w:tcPr>
            <w:tcW w:w="1250" w:type="dxa"/>
          </w:tcPr>
          <w:p w14:paraId="59C8E048" w14:textId="77777777" w:rsidR="00080E88" w:rsidRDefault="00080E88"/>
        </w:tc>
        <w:tc>
          <w:tcPr>
            <w:tcW w:w="1250" w:type="dxa"/>
          </w:tcPr>
          <w:p w14:paraId="0A511828" w14:textId="77777777" w:rsidR="00080E88" w:rsidRDefault="00080E88"/>
        </w:tc>
      </w:tr>
      <w:tr w:rsidR="00080E88" w14:paraId="72378C12" w14:textId="77777777" w:rsidTr="00015A38">
        <w:trPr>
          <w:trHeight w:val="302"/>
        </w:trPr>
        <w:tc>
          <w:tcPr>
            <w:tcW w:w="1250" w:type="dxa"/>
          </w:tcPr>
          <w:p w14:paraId="15A237AE" w14:textId="77777777" w:rsidR="00080E88" w:rsidRDefault="00080E88"/>
        </w:tc>
        <w:tc>
          <w:tcPr>
            <w:tcW w:w="1250" w:type="dxa"/>
          </w:tcPr>
          <w:p w14:paraId="0B3ECE21" w14:textId="77777777" w:rsidR="00080E88" w:rsidRDefault="00080E88"/>
        </w:tc>
        <w:tc>
          <w:tcPr>
            <w:tcW w:w="1250" w:type="dxa"/>
          </w:tcPr>
          <w:p w14:paraId="03767925" w14:textId="77777777" w:rsidR="00080E88" w:rsidRDefault="00080E88"/>
        </w:tc>
        <w:tc>
          <w:tcPr>
            <w:tcW w:w="1250" w:type="dxa"/>
          </w:tcPr>
          <w:p w14:paraId="731239E9" w14:textId="77777777" w:rsidR="00080E88" w:rsidRDefault="00080E88"/>
        </w:tc>
        <w:tc>
          <w:tcPr>
            <w:tcW w:w="1250" w:type="dxa"/>
          </w:tcPr>
          <w:p w14:paraId="1D4485B3" w14:textId="77777777" w:rsidR="00080E88" w:rsidRDefault="00080E88"/>
        </w:tc>
        <w:tc>
          <w:tcPr>
            <w:tcW w:w="1250" w:type="dxa"/>
          </w:tcPr>
          <w:p w14:paraId="68C9E6A3" w14:textId="77777777" w:rsidR="00080E88" w:rsidRDefault="00080E88"/>
        </w:tc>
        <w:tc>
          <w:tcPr>
            <w:tcW w:w="1250" w:type="dxa"/>
          </w:tcPr>
          <w:p w14:paraId="24A1E76A" w14:textId="77777777" w:rsidR="00080E88" w:rsidRDefault="00080E88"/>
        </w:tc>
      </w:tr>
      <w:tr w:rsidR="00080E88" w14:paraId="0C64AD32" w14:textId="77777777" w:rsidTr="00015A38">
        <w:trPr>
          <w:trHeight w:val="302"/>
        </w:trPr>
        <w:tc>
          <w:tcPr>
            <w:tcW w:w="1250" w:type="dxa"/>
          </w:tcPr>
          <w:p w14:paraId="58058214" w14:textId="77777777" w:rsidR="00080E88" w:rsidRDefault="00080E88"/>
        </w:tc>
        <w:tc>
          <w:tcPr>
            <w:tcW w:w="1250" w:type="dxa"/>
          </w:tcPr>
          <w:p w14:paraId="665C168D" w14:textId="77777777" w:rsidR="00080E88" w:rsidRDefault="00080E88"/>
        </w:tc>
        <w:tc>
          <w:tcPr>
            <w:tcW w:w="1250" w:type="dxa"/>
          </w:tcPr>
          <w:p w14:paraId="75D9FE87" w14:textId="77777777" w:rsidR="00080E88" w:rsidRDefault="00080E88"/>
        </w:tc>
        <w:tc>
          <w:tcPr>
            <w:tcW w:w="1250" w:type="dxa"/>
          </w:tcPr>
          <w:p w14:paraId="4706830B" w14:textId="77777777" w:rsidR="00080E88" w:rsidRDefault="00080E88"/>
        </w:tc>
        <w:tc>
          <w:tcPr>
            <w:tcW w:w="1250" w:type="dxa"/>
          </w:tcPr>
          <w:p w14:paraId="5FDE1C87" w14:textId="77777777" w:rsidR="00080E88" w:rsidRDefault="00080E88"/>
        </w:tc>
        <w:tc>
          <w:tcPr>
            <w:tcW w:w="1250" w:type="dxa"/>
          </w:tcPr>
          <w:p w14:paraId="66F95795" w14:textId="77777777" w:rsidR="00080E88" w:rsidRDefault="00080E88"/>
        </w:tc>
        <w:tc>
          <w:tcPr>
            <w:tcW w:w="1250" w:type="dxa"/>
          </w:tcPr>
          <w:p w14:paraId="06A1E897" w14:textId="77777777" w:rsidR="00080E88" w:rsidRDefault="00080E88"/>
        </w:tc>
      </w:tr>
      <w:tr w:rsidR="00080E88" w14:paraId="2B6BC665" w14:textId="77777777" w:rsidTr="00015A38">
        <w:trPr>
          <w:trHeight w:val="302"/>
        </w:trPr>
        <w:tc>
          <w:tcPr>
            <w:tcW w:w="1250" w:type="dxa"/>
          </w:tcPr>
          <w:p w14:paraId="0D54FD75" w14:textId="77777777" w:rsidR="00080E88" w:rsidRDefault="00080E88"/>
        </w:tc>
        <w:tc>
          <w:tcPr>
            <w:tcW w:w="1250" w:type="dxa"/>
          </w:tcPr>
          <w:p w14:paraId="108C1E04" w14:textId="77777777" w:rsidR="00080E88" w:rsidRDefault="00080E88"/>
        </w:tc>
        <w:tc>
          <w:tcPr>
            <w:tcW w:w="1250" w:type="dxa"/>
          </w:tcPr>
          <w:p w14:paraId="6A682EE1" w14:textId="77777777" w:rsidR="00080E88" w:rsidRDefault="00080E88"/>
        </w:tc>
        <w:tc>
          <w:tcPr>
            <w:tcW w:w="1250" w:type="dxa"/>
          </w:tcPr>
          <w:p w14:paraId="39DB6D1E" w14:textId="77777777" w:rsidR="00080E88" w:rsidRDefault="00080E88"/>
        </w:tc>
        <w:tc>
          <w:tcPr>
            <w:tcW w:w="1250" w:type="dxa"/>
          </w:tcPr>
          <w:p w14:paraId="31F5E9A5" w14:textId="77777777" w:rsidR="00080E88" w:rsidRDefault="00080E88"/>
        </w:tc>
        <w:tc>
          <w:tcPr>
            <w:tcW w:w="1250" w:type="dxa"/>
          </w:tcPr>
          <w:p w14:paraId="42113F4D" w14:textId="77777777" w:rsidR="00080E88" w:rsidRDefault="00080E88"/>
        </w:tc>
        <w:tc>
          <w:tcPr>
            <w:tcW w:w="1250" w:type="dxa"/>
          </w:tcPr>
          <w:p w14:paraId="2AB63714" w14:textId="77777777" w:rsidR="00080E88" w:rsidRDefault="00080E88"/>
        </w:tc>
      </w:tr>
      <w:tr w:rsidR="00080E88" w14:paraId="566D83C5" w14:textId="77777777" w:rsidTr="00015A38">
        <w:trPr>
          <w:trHeight w:val="302"/>
        </w:trPr>
        <w:tc>
          <w:tcPr>
            <w:tcW w:w="1250" w:type="dxa"/>
          </w:tcPr>
          <w:p w14:paraId="60A6D925" w14:textId="77777777" w:rsidR="00080E88" w:rsidRDefault="00080E88"/>
        </w:tc>
        <w:tc>
          <w:tcPr>
            <w:tcW w:w="1250" w:type="dxa"/>
          </w:tcPr>
          <w:p w14:paraId="7BE55314" w14:textId="77777777" w:rsidR="00080E88" w:rsidRDefault="00080E88"/>
        </w:tc>
        <w:tc>
          <w:tcPr>
            <w:tcW w:w="1250" w:type="dxa"/>
          </w:tcPr>
          <w:p w14:paraId="27B12306" w14:textId="77777777" w:rsidR="00080E88" w:rsidRDefault="00080E88"/>
        </w:tc>
        <w:tc>
          <w:tcPr>
            <w:tcW w:w="1250" w:type="dxa"/>
          </w:tcPr>
          <w:p w14:paraId="5199614A" w14:textId="77777777" w:rsidR="00080E88" w:rsidRDefault="00080E88"/>
        </w:tc>
        <w:tc>
          <w:tcPr>
            <w:tcW w:w="1250" w:type="dxa"/>
          </w:tcPr>
          <w:p w14:paraId="043631FF" w14:textId="77777777" w:rsidR="00080E88" w:rsidRDefault="00080E88"/>
        </w:tc>
        <w:tc>
          <w:tcPr>
            <w:tcW w:w="1250" w:type="dxa"/>
          </w:tcPr>
          <w:p w14:paraId="2E28BC82" w14:textId="77777777" w:rsidR="00080E88" w:rsidRDefault="00080E88"/>
        </w:tc>
        <w:tc>
          <w:tcPr>
            <w:tcW w:w="1250" w:type="dxa"/>
          </w:tcPr>
          <w:p w14:paraId="6BD49BE5" w14:textId="77777777" w:rsidR="00080E88" w:rsidRDefault="00080E88"/>
        </w:tc>
      </w:tr>
      <w:tr w:rsidR="00080E88" w14:paraId="36DFA219" w14:textId="77777777" w:rsidTr="00015A38">
        <w:trPr>
          <w:trHeight w:val="302"/>
        </w:trPr>
        <w:tc>
          <w:tcPr>
            <w:tcW w:w="1250" w:type="dxa"/>
          </w:tcPr>
          <w:p w14:paraId="426505D7" w14:textId="77777777" w:rsidR="00080E88" w:rsidRDefault="00080E88"/>
        </w:tc>
        <w:tc>
          <w:tcPr>
            <w:tcW w:w="1250" w:type="dxa"/>
          </w:tcPr>
          <w:p w14:paraId="389DEAD0" w14:textId="77777777" w:rsidR="00080E88" w:rsidRDefault="00080E88"/>
        </w:tc>
        <w:tc>
          <w:tcPr>
            <w:tcW w:w="1250" w:type="dxa"/>
          </w:tcPr>
          <w:p w14:paraId="1D460202" w14:textId="77777777" w:rsidR="00080E88" w:rsidRDefault="00080E88"/>
        </w:tc>
        <w:tc>
          <w:tcPr>
            <w:tcW w:w="1250" w:type="dxa"/>
          </w:tcPr>
          <w:p w14:paraId="21C7D567" w14:textId="77777777" w:rsidR="00080E88" w:rsidRDefault="00080E88"/>
        </w:tc>
        <w:tc>
          <w:tcPr>
            <w:tcW w:w="1250" w:type="dxa"/>
          </w:tcPr>
          <w:p w14:paraId="0A529F9F" w14:textId="77777777" w:rsidR="00080E88" w:rsidRDefault="00080E88"/>
        </w:tc>
        <w:tc>
          <w:tcPr>
            <w:tcW w:w="1250" w:type="dxa"/>
          </w:tcPr>
          <w:p w14:paraId="1EC24A04" w14:textId="77777777" w:rsidR="00080E88" w:rsidRDefault="00080E88"/>
        </w:tc>
        <w:tc>
          <w:tcPr>
            <w:tcW w:w="1250" w:type="dxa"/>
          </w:tcPr>
          <w:p w14:paraId="1E9E3839" w14:textId="77777777" w:rsidR="00080E88" w:rsidRDefault="00080E88"/>
        </w:tc>
      </w:tr>
      <w:tr w:rsidR="00080E88" w14:paraId="270A7135" w14:textId="77777777" w:rsidTr="00015A38">
        <w:trPr>
          <w:trHeight w:val="302"/>
        </w:trPr>
        <w:tc>
          <w:tcPr>
            <w:tcW w:w="1250" w:type="dxa"/>
          </w:tcPr>
          <w:p w14:paraId="3C5A662F" w14:textId="77777777" w:rsidR="00080E88" w:rsidRDefault="00080E88"/>
        </w:tc>
        <w:tc>
          <w:tcPr>
            <w:tcW w:w="1250" w:type="dxa"/>
          </w:tcPr>
          <w:p w14:paraId="730EEF64" w14:textId="77777777" w:rsidR="00080E88" w:rsidRDefault="00080E88"/>
        </w:tc>
        <w:tc>
          <w:tcPr>
            <w:tcW w:w="1250" w:type="dxa"/>
          </w:tcPr>
          <w:p w14:paraId="1F02B2C3" w14:textId="77777777" w:rsidR="00080E88" w:rsidRDefault="00080E88"/>
        </w:tc>
        <w:tc>
          <w:tcPr>
            <w:tcW w:w="1250" w:type="dxa"/>
          </w:tcPr>
          <w:p w14:paraId="459097D0" w14:textId="77777777" w:rsidR="00080E88" w:rsidRDefault="00080E88"/>
        </w:tc>
        <w:tc>
          <w:tcPr>
            <w:tcW w:w="1250" w:type="dxa"/>
          </w:tcPr>
          <w:p w14:paraId="571CF083" w14:textId="77777777" w:rsidR="00080E88" w:rsidRDefault="00080E88"/>
        </w:tc>
        <w:tc>
          <w:tcPr>
            <w:tcW w:w="1250" w:type="dxa"/>
          </w:tcPr>
          <w:p w14:paraId="0C43A54A" w14:textId="77777777" w:rsidR="00080E88" w:rsidRDefault="00080E88"/>
        </w:tc>
        <w:tc>
          <w:tcPr>
            <w:tcW w:w="1250" w:type="dxa"/>
          </w:tcPr>
          <w:p w14:paraId="1A28B73D" w14:textId="77777777" w:rsidR="00080E88" w:rsidRDefault="00080E88"/>
        </w:tc>
      </w:tr>
      <w:tr w:rsidR="00080E88" w14:paraId="7CFB8272" w14:textId="77777777" w:rsidTr="00015A38">
        <w:trPr>
          <w:trHeight w:val="302"/>
        </w:trPr>
        <w:tc>
          <w:tcPr>
            <w:tcW w:w="1250" w:type="dxa"/>
          </w:tcPr>
          <w:p w14:paraId="56A5D41F" w14:textId="77777777" w:rsidR="00080E88" w:rsidRDefault="00080E88"/>
        </w:tc>
        <w:tc>
          <w:tcPr>
            <w:tcW w:w="1250" w:type="dxa"/>
          </w:tcPr>
          <w:p w14:paraId="32C7893F" w14:textId="77777777" w:rsidR="00080E88" w:rsidRDefault="00080E88"/>
        </w:tc>
        <w:tc>
          <w:tcPr>
            <w:tcW w:w="1250" w:type="dxa"/>
          </w:tcPr>
          <w:p w14:paraId="2BE90384" w14:textId="77777777" w:rsidR="00080E88" w:rsidRDefault="00080E88"/>
        </w:tc>
        <w:tc>
          <w:tcPr>
            <w:tcW w:w="1250" w:type="dxa"/>
          </w:tcPr>
          <w:p w14:paraId="25389953" w14:textId="77777777" w:rsidR="00080E88" w:rsidRDefault="00080E88"/>
        </w:tc>
        <w:tc>
          <w:tcPr>
            <w:tcW w:w="1250" w:type="dxa"/>
          </w:tcPr>
          <w:p w14:paraId="075ECBBD" w14:textId="77777777" w:rsidR="00080E88" w:rsidRDefault="00080E88"/>
        </w:tc>
        <w:tc>
          <w:tcPr>
            <w:tcW w:w="1250" w:type="dxa"/>
          </w:tcPr>
          <w:p w14:paraId="5ABAC92E" w14:textId="77777777" w:rsidR="00080E88" w:rsidRDefault="00080E88"/>
        </w:tc>
        <w:tc>
          <w:tcPr>
            <w:tcW w:w="1250" w:type="dxa"/>
          </w:tcPr>
          <w:p w14:paraId="4AC4DA67" w14:textId="77777777" w:rsidR="00080E88" w:rsidRDefault="00080E88"/>
        </w:tc>
      </w:tr>
      <w:tr w:rsidR="00080E88" w14:paraId="32FE0578" w14:textId="77777777" w:rsidTr="00015A38">
        <w:trPr>
          <w:trHeight w:val="302"/>
        </w:trPr>
        <w:tc>
          <w:tcPr>
            <w:tcW w:w="1250" w:type="dxa"/>
          </w:tcPr>
          <w:p w14:paraId="57C8583B" w14:textId="77777777" w:rsidR="00080E88" w:rsidRDefault="00080E88"/>
        </w:tc>
        <w:tc>
          <w:tcPr>
            <w:tcW w:w="1250" w:type="dxa"/>
          </w:tcPr>
          <w:p w14:paraId="3BEDC333" w14:textId="77777777" w:rsidR="00080E88" w:rsidRDefault="00080E88"/>
        </w:tc>
        <w:tc>
          <w:tcPr>
            <w:tcW w:w="1250" w:type="dxa"/>
          </w:tcPr>
          <w:p w14:paraId="2B66475B" w14:textId="77777777" w:rsidR="00080E88" w:rsidRDefault="00080E88"/>
        </w:tc>
        <w:tc>
          <w:tcPr>
            <w:tcW w:w="1250" w:type="dxa"/>
          </w:tcPr>
          <w:p w14:paraId="0DCC4102" w14:textId="77777777" w:rsidR="00080E88" w:rsidRDefault="00080E88"/>
        </w:tc>
        <w:tc>
          <w:tcPr>
            <w:tcW w:w="1250" w:type="dxa"/>
          </w:tcPr>
          <w:p w14:paraId="6FE6A01F" w14:textId="77777777" w:rsidR="00080E88" w:rsidRDefault="00080E88"/>
        </w:tc>
        <w:tc>
          <w:tcPr>
            <w:tcW w:w="1250" w:type="dxa"/>
          </w:tcPr>
          <w:p w14:paraId="7D99C084" w14:textId="77777777" w:rsidR="00080E88" w:rsidRDefault="00080E88"/>
        </w:tc>
        <w:tc>
          <w:tcPr>
            <w:tcW w:w="1250" w:type="dxa"/>
          </w:tcPr>
          <w:p w14:paraId="0E7B8084" w14:textId="77777777" w:rsidR="00080E88" w:rsidRDefault="00080E88"/>
        </w:tc>
      </w:tr>
      <w:tr w:rsidR="00080E88" w14:paraId="47C8FD83" w14:textId="77777777" w:rsidTr="00015A38">
        <w:trPr>
          <w:trHeight w:val="302"/>
        </w:trPr>
        <w:tc>
          <w:tcPr>
            <w:tcW w:w="1250" w:type="dxa"/>
          </w:tcPr>
          <w:p w14:paraId="5624AB4D" w14:textId="77777777" w:rsidR="00080E88" w:rsidRDefault="00080E88"/>
        </w:tc>
        <w:tc>
          <w:tcPr>
            <w:tcW w:w="1250" w:type="dxa"/>
          </w:tcPr>
          <w:p w14:paraId="57CC9997" w14:textId="77777777" w:rsidR="00080E88" w:rsidRDefault="00080E88"/>
        </w:tc>
        <w:tc>
          <w:tcPr>
            <w:tcW w:w="1250" w:type="dxa"/>
          </w:tcPr>
          <w:p w14:paraId="5F2D0FEB" w14:textId="77777777" w:rsidR="00080E88" w:rsidRDefault="00080E88"/>
        </w:tc>
        <w:tc>
          <w:tcPr>
            <w:tcW w:w="1250" w:type="dxa"/>
          </w:tcPr>
          <w:p w14:paraId="5EC890F2" w14:textId="77777777" w:rsidR="00080E88" w:rsidRDefault="00080E88"/>
        </w:tc>
        <w:tc>
          <w:tcPr>
            <w:tcW w:w="1250" w:type="dxa"/>
          </w:tcPr>
          <w:p w14:paraId="4F6D874E" w14:textId="77777777" w:rsidR="00080E88" w:rsidRDefault="00080E88"/>
        </w:tc>
        <w:tc>
          <w:tcPr>
            <w:tcW w:w="1250" w:type="dxa"/>
          </w:tcPr>
          <w:p w14:paraId="37EC8AB0" w14:textId="77777777" w:rsidR="00080E88" w:rsidRDefault="00080E88"/>
        </w:tc>
        <w:tc>
          <w:tcPr>
            <w:tcW w:w="1250" w:type="dxa"/>
          </w:tcPr>
          <w:p w14:paraId="08914321" w14:textId="77777777" w:rsidR="00080E88" w:rsidRDefault="00080E88"/>
        </w:tc>
      </w:tr>
      <w:tr w:rsidR="00080E88" w14:paraId="2BE9846F" w14:textId="77777777" w:rsidTr="00015A38">
        <w:trPr>
          <w:trHeight w:val="302"/>
        </w:trPr>
        <w:tc>
          <w:tcPr>
            <w:tcW w:w="1250" w:type="dxa"/>
          </w:tcPr>
          <w:p w14:paraId="04B27118" w14:textId="77777777" w:rsidR="00080E88" w:rsidRDefault="00080E88"/>
        </w:tc>
        <w:tc>
          <w:tcPr>
            <w:tcW w:w="1250" w:type="dxa"/>
          </w:tcPr>
          <w:p w14:paraId="4CA96BC7" w14:textId="77777777" w:rsidR="00080E88" w:rsidRDefault="00080E88"/>
        </w:tc>
        <w:tc>
          <w:tcPr>
            <w:tcW w:w="1250" w:type="dxa"/>
          </w:tcPr>
          <w:p w14:paraId="1A9884C4" w14:textId="77777777" w:rsidR="00080E88" w:rsidRDefault="00080E88"/>
        </w:tc>
        <w:tc>
          <w:tcPr>
            <w:tcW w:w="1250" w:type="dxa"/>
          </w:tcPr>
          <w:p w14:paraId="682A1404" w14:textId="77777777" w:rsidR="00080E88" w:rsidRDefault="00080E88"/>
        </w:tc>
        <w:tc>
          <w:tcPr>
            <w:tcW w:w="1250" w:type="dxa"/>
          </w:tcPr>
          <w:p w14:paraId="314EBBDD" w14:textId="77777777" w:rsidR="00080E88" w:rsidRDefault="00080E88"/>
        </w:tc>
        <w:tc>
          <w:tcPr>
            <w:tcW w:w="1250" w:type="dxa"/>
          </w:tcPr>
          <w:p w14:paraId="3489E208" w14:textId="77777777" w:rsidR="00080E88" w:rsidRDefault="00080E88"/>
        </w:tc>
        <w:tc>
          <w:tcPr>
            <w:tcW w:w="1250" w:type="dxa"/>
          </w:tcPr>
          <w:p w14:paraId="28B11118" w14:textId="77777777" w:rsidR="00080E88" w:rsidRDefault="00080E88"/>
        </w:tc>
      </w:tr>
      <w:tr w:rsidR="00080E88" w14:paraId="00F5B26B" w14:textId="77777777" w:rsidTr="00015A38">
        <w:trPr>
          <w:trHeight w:val="302"/>
        </w:trPr>
        <w:tc>
          <w:tcPr>
            <w:tcW w:w="1250" w:type="dxa"/>
          </w:tcPr>
          <w:p w14:paraId="388A7170" w14:textId="77777777" w:rsidR="00080E88" w:rsidRDefault="00080E88"/>
        </w:tc>
        <w:tc>
          <w:tcPr>
            <w:tcW w:w="1250" w:type="dxa"/>
          </w:tcPr>
          <w:p w14:paraId="322EAABB" w14:textId="77777777" w:rsidR="00080E88" w:rsidRDefault="00080E88"/>
        </w:tc>
        <w:tc>
          <w:tcPr>
            <w:tcW w:w="1250" w:type="dxa"/>
          </w:tcPr>
          <w:p w14:paraId="4358A7FE" w14:textId="77777777" w:rsidR="00080E88" w:rsidRDefault="00080E88"/>
        </w:tc>
        <w:tc>
          <w:tcPr>
            <w:tcW w:w="1250" w:type="dxa"/>
          </w:tcPr>
          <w:p w14:paraId="3B318FDE" w14:textId="77777777" w:rsidR="00080E88" w:rsidRDefault="00080E88"/>
        </w:tc>
        <w:tc>
          <w:tcPr>
            <w:tcW w:w="1250" w:type="dxa"/>
          </w:tcPr>
          <w:p w14:paraId="77691442" w14:textId="77777777" w:rsidR="00080E88" w:rsidRDefault="00080E88"/>
        </w:tc>
        <w:tc>
          <w:tcPr>
            <w:tcW w:w="1250" w:type="dxa"/>
          </w:tcPr>
          <w:p w14:paraId="153B154D" w14:textId="77777777" w:rsidR="00080E88" w:rsidRDefault="00080E88"/>
        </w:tc>
        <w:tc>
          <w:tcPr>
            <w:tcW w:w="1250" w:type="dxa"/>
          </w:tcPr>
          <w:p w14:paraId="16ACDF0D" w14:textId="77777777" w:rsidR="00080E88" w:rsidRDefault="00080E88"/>
        </w:tc>
      </w:tr>
      <w:tr w:rsidR="00080E88" w14:paraId="7F75481C" w14:textId="77777777" w:rsidTr="00015A38">
        <w:trPr>
          <w:trHeight w:val="302"/>
        </w:trPr>
        <w:tc>
          <w:tcPr>
            <w:tcW w:w="1250" w:type="dxa"/>
          </w:tcPr>
          <w:p w14:paraId="6CCA6B4A" w14:textId="77777777" w:rsidR="00080E88" w:rsidRDefault="00080E88"/>
        </w:tc>
        <w:tc>
          <w:tcPr>
            <w:tcW w:w="1250" w:type="dxa"/>
          </w:tcPr>
          <w:p w14:paraId="2C82ED79" w14:textId="77777777" w:rsidR="00080E88" w:rsidRDefault="00080E88"/>
        </w:tc>
        <w:tc>
          <w:tcPr>
            <w:tcW w:w="1250" w:type="dxa"/>
          </w:tcPr>
          <w:p w14:paraId="35DCF614" w14:textId="77777777" w:rsidR="00080E88" w:rsidRDefault="00080E88"/>
        </w:tc>
        <w:tc>
          <w:tcPr>
            <w:tcW w:w="1250" w:type="dxa"/>
          </w:tcPr>
          <w:p w14:paraId="78D91CCD" w14:textId="77777777" w:rsidR="00080E88" w:rsidRDefault="00080E88"/>
        </w:tc>
        <w:tc>
          <w:tcPr>
            <w:tcW w:w="1250" w:type="dxa"/>
          </w:tcPr>
          <w:p w14:paraId="3C32E5E0" w14:textId="77777777" w:rsidR="00080E88" w:rsidRDefault="00080E88"/>
        </w:tc>
        <w:tc>
          <w:tcPr>
            <w:tcW w:w="1250" w:type="dxa"/>
          </w:tcPr>
          <w:p w14:paraId="07A99087" w14:textId="77777777" w:rsidR="00080E88" w:rsidRDefault="00080E88"/>
        </w:tc>
        <w:tc>
          <w:tcPr>
            <w:tcW w:w="1250" w:type="dxa"/>
          </w:tcPr>
          <w:p w14:paraId="0F1A4FD5" w14:textId="77777777" w:rsidR="00080E88" w:rsidRDefault="00080E88"/>
        </w:tc>
      </w:tr>
      <w:tr w:rsidR="00080E88" w14:paraId="2EDD3562" w14:textId="77777777" w:rsidTr="00015A38">
        <w:trPr>
          <w:trHeight w:val="302"/>
        </w:trPr>
        <w:tc>
          <w:tcPr>
            <w:tcW w:w="1250" w:type="dxa"/>
          </w:tcPr>
          <w:p w14:paraId="515C610B" w14:textId="77777777" w:rsidR="00080E88" w:rsidRDefault="00080E88"/>
        </w:tc>
        <w:tc>
          <w:tcPr>
            <w:tcW w:w="1250" w:type="dxa"/>
          </w:tcPr>
          <w:p w14:paraId="6003BB09" w14:textId="77777777" w:rsidR="00080E88" w:rsidRDefault="00080E88"/>
        </w:tc>
        <w:tc>
          <w:tcPr>
            <w:tcW w:w="1250" w:type="dxa"/>
          </w:tcPr>
          <w:p w14:paraId="0A2B3285" w14:textId="77777777" w:rsidR="00080E88" w:rsidRDefault="00080E88"/>
        </w:tc>
        <w:tc>
          <w:tcPr>
            <w:tcW w:w="1250" w:type="dxa"/>
          </w:tcPr>
          <w:p w14:paraId="363DE186" w14:textId="77777777" w:rsidR="00080E88" w:rsidRDefault="00080E88"/>
        </w:tc>
        <w:tc>
          <w:tcPr>
            <w:tcW w:w="1250" w:type="dxa"/>
          </w:tcPr>
          <w:p w14:paraId="7F0196E9" w14:textId="77777777" w:rsidR="00080E88" w:rsidRDefault="00080E88"/>
        </w:tc>
        <w:tc>
          <w:tcPr>
            <w:tcW w:w="1250" w:type="dxa"/>
          </w:tcPr>
          <w:p w14:paraId="7B07628D" w14:textId="77777777" w:rsidR="00080E88" w:rsidRDefault="00080E88"/>
        </w:tc>
        <w:tc>
          <w:tcPr>
            <w:tcW w:w="1250" w:type="dxa"/>
          </w:tcPr>
          <w:p w14:paraId="655CA971" w14:textId="77777777" w:rsidR="00080E88" w:rsidRDefault="00080E88"/>
        </w:tc>
      </w:tr>
      <w:tr w:rsidR="00080E88" w14:paraId="62D10781" w14:textId="77777777" w:rsidTr="00015A38">
        <w:trPr>
          <w:trHeight w:val="302"/>
        </w:trPr>
        <w:tc>
          <w:tcPr>
            <w:tcW w:w="1250" w:type="dxa"/>
          </w:tcPr>
          <w:p w14:paraId="7755C890" w14:textId="77777777" w:rsidR="00080E88" w:rsidRDefault="00080E88"/>
        </w:tc>
        <w:tc>
          <w:tcPr>
            <w:tcW w:w="1250" w:type="dxa"/>
          </w:tcPr>
          <w:p w14:paraId="30FC45F5" w14:textId="77777777" w:rsidR="00080E88" w:rsidRDefault="00080E88"/>
        </w:tc>
        <w:tc>
          <w:tcPr>
            <w:tcW w:w="1250" w:type="dxa"/>
          </w:tcPr>
          <w:p w14:paraId="59149567" w14:textId="77777777" w:rsidR="00080E88" w:rsidRDefault="00080E88"/>
        </w:tc>
        <w:tc>
          <w:tcPr>
            <w:tcW w:w="1250" w:type="dxa"/>
          </w:tcPr>
          <w:p w14:paraId="05B4829D" w14:textId="77777777" w:rsidR="00080E88" w:rsidRDefault="00080E88"/>
        </w:tc>
        <w:tc>
          <w:tcPr>
            <w:tcW w:w="1250" w:type="dxa"/>
          </w:tcPr>
          <w:p w14:paraId="79036D9D" w14:textId="77777777" w:rsidR="00080E88" w:rsidRDefault="00080E88"/>
        </w:tc>
        <w:tc>
          <w:tcPr>
            <w:tcW w:w="1250" w:type="dxa"/>
          </w:tcPr>
          <w:p w14:paraId="1391232A" w14:textId="77777777" w:rsidR="00080E88" w:rsidRDefault="00080E88"/>
        </w:tc>
        <w:tc>
          <w:tcPr>
            <w:tcW w:w="1250" w:type="dxa"/>
          </w:tcPr>
          <w:p w14:paraId="41FEB0CA" w14:textId="77777777" w:rsidR="00080E88" w:rsidRDefault="00080E88"/>
        </w:tc>
      </w:tr>
      <w:tr w:rsidR="00080E88" w14:paraId="5CCDFA2B" w14:textId="77777777" w:rsidTr="00015A38">
        <w:trPr>
          <w:trHeight w:val="302"/>
        </w:trPr>
        <w:tc>
          <w:tcPr>
            <w:tcW w:w="1250" w:type="dxa"/>
          </w:tcPr>
          <w:p w14:paraId="0819BCB4" w14:textId="77777777" w:rsidR="00080E88" w:rsidRDefault="00080E88"/>
        </w:tc>
        <w:tc>
          <w:tcPr>
            <w:tcW w:w="1250" w:type="dxa"/>
          </w:tcPr>
          <w:p w14:paraId="5E68FAE3" w14:textId="77777777" w:rsidR="00080E88" w:rsidRDefault="00080E88"/>
        </w:tc>
        <w:tc>
          <w:tcPr>
            <w:tcW w:w="1250" w:type="dxa"/>
          </w:tcPr>
          <w:p w14:paraId="7C6DCAD3" w14:textId="77777777" w:rsidR="00080E88" w:rsidRDefault="00080E88"/>
        </w:tc>
        <w:tc>
          <w:tcPr>
            <w:tcW w:w="1250" w:type="dxa"/>
          </w:tcPr>
          <w:p w14:paraId="1B0B043B" w14:textId="77777777" w:rsidR="00080E88" w:rsidRDefault="00080E88"/>
        </w:tc>
        <w:tc>
          <w:tcPr>
            <w:tcW w:w="1250" w:type="dxa"/>
          </w:tcPr>
          <w:p w14:paraId="10ADFD6A" w14:textId="77777777" w:rsidR="00080E88" w:rsidRDefault="00080E88"/>
        </w:tc>
        <w:tc>
          <w:tcPr>
            <w:tcW w:w="1250" w:type="dxa"/>
          </w:tcPr>
          <w:p w14:paraId="7DDF84E6" w14:textId="77777777" w:rsidR="00080E88" w:rsidRDefault="00080E88"/>
        </w:tc>
        <w:tc>
          <w:tcPr>
            <w:tcW w:w="1250" w:type="dxa"/>
          </w:tcPr>
          <w:p w14:paraId="02FA7102" w14:textId="77777777" w:rsidR="00080E88" w:rsidRDefault="00080E88"/>
        </w:tc>
      </w:tr>
      <w:tr w:rsidR="00080E88" w14:paraId="778F60E5" w14:textId="77777777" w:rsidTr="00015A38">
        <w:trPr>
          <w:trHeight w:val="302"/>
        </w:trPr>
        <w:tc>
          <w:tcPr>
            <w:tcW w:w="1250" w:type="dxa"/>
          </w:tcPr>
          <w:p w14:paraId="65033669" w14:textId="77777777" w:rsidR="00080E88" w:rsidRDefault="00080E88"/>
        </w:tc>
        <w:tc>
          <w:tcPr>
            <w:tcW w:w="1250" w:type="dxa"/>
          </w:tcPr>
          <w:p w14:paraId="474B557A" w14:textId="77777777" w:rsidR="00080E88" w:rsidRDefault="00080E88"/>
        </w:tc>
        <w:tc>
          <w:tcPr>
            <w:tcW w:w="1250" w:type="dxa"/>
          </w:tcPr>
          <w:p w14:paraId="301B0269" w14:textId="77777777" w:rsidR="00080E88" w:rsidRDefault="00080E88"/>
        </w:tc>
        <w:tc>
          <w:tcPr>
            <w:tcW w:w="1250" w:type="dxa"/>
          </w:tcPr>
          <w:p w14:paraId="17384EDD" w14:textId="77777777" w:rsidR="00080E88" w:rsidRDefault="00080E88"/>
        </w:tc>
        <w:tc>
          <w:tcPr>
            <w:tcW w:w="1250" w:type="dxa"/>
          </w:tcPr>
          <w:p w14:paraId="66362A28" w14:textId="77777777" w:rsidR="00080E88" w:rsidRDefault="00080E88"/>
        </w:tc>
        <w:tc>
          <w:tcPr>
            <w:tcW w:w="1250" w:type="dxa"/>
          </w:tcPr>
          <w:p w14:paraId="46FC3160" w14:textId="77777777" w:rsidR="00080E88" w:rsidRDefault="00080E88"/>
        </w:tc>
        <w:tc>
          <w:tcPr>
            <w:tcW w:w="1250" w:type="dxa"/>
          </w:tcPr>
          <w:p w14:paraId="53FEF87B" w14:textId="77777777" w:rsidR="00080E88" w:rsidRDefault="00080E88"/>
        </w:tc>
      </w:tr>
      <w:tr w:rsidR="00080E88" w14:paraId="5622C5D7" w14:textId="77777777" w:rsidTr="00015A38">
        <w:trPr>
          <w:trHeight w:val="302"/>
        </w:trPr>
        <w:tc>
          <w:tcPr>
            <w:tcW w:w="1250" w:type="dxa"/>
          </w:tcPr>
          <w:p w14:paraId="528525B4" w14:textId="77777777" w:rsidR="00080E88" w:rsidRDefault="00080E88"/>
        </w:tc>
        <w:tc>
          <w:tcPr>
            <w:tcW w:w="1250" w:type="dxa"/>
          </w:tcPr>
          <w:p w14:paraId="5904559D" w14:textId="77777777" w:rsidR="00080E88" w:rsidRDefault="00080E88"/>
        </w:tc>
        <w:tc>
          <w:tcPr>
            <w:tcW w:w="1250" w:type="dxa"/>
          </w:tcPr>
          <w:p w14:paraId="16553F1B" w14:textId="77777777" w:rsidR="00080E88" w:rsidRDefault="00080E88"/>
        </w:tc>
        <w:tc>
          <w:tcPr>
            <w:tcW w:w="1250" w:type="dxa"/>
          </w:tcPr>
          <w:p w14:paraId="5F62A4D5" w14:textId="77777777" w:rsidR="00080E88" w:rsidRDefault="00080E88"/>
        </w:tc>
        <w:tc>
          <w:tcPr>
            <w:tcW w:w="1250" w:type="dxa"/>
          </w:tcPr>
          <w:p w14:paraId="665A57CB" w14:textId="77777777" w:rsidR="00080E88" w:rsidRDefault="00080E88"/>
        </w:tc>
        <w:tc>
          <w:tcPr>
            <w:tcW w:w="1250" w:type="dxa"/>
          </w:tcPr>
          <w:p w14:paraId="32E6ED79" w14:textId="77777777" w:rsidR="00080E88" w:rsidRDefault="00080E88"/>
        </w:tc>
        <w:tc>
          <w:tcPr>
            <w:tcW w:w="1250" w:type="dxa"/>
          </w:tcPr>
          <w:p w14:paraId="603115EB" w14:textId="77777777" w:rsidR="00080E88" w:rsidRDefault="00080E88"/>
        </w:tc>
      </w:tr>
      <w:tr w:rsidR="00080E88" w14:paraId="4E13976A" w14:textId="77777777" w:rsidTr="00015A38">
        <w:trPr>
          <w:trHeight w:val="302"/>
        </w:trPr>
        <w:tc>
          <w:tcPr>
            <w:tcW w:w="1250" w:type="dxa"/>
          </w:tcPr>
          <w:p w14:paraId="0F0CB169" w14:textId="77777777" w:rsidR="00080E88" w:rsidRDefault="00080E88"/>
        </w:tc>
        <w:tc>
          <w:tcPr>
            <w:tcW w:w="1250" w:type="dxa"/>
          </w:tcPr>
          <w:p w14:paraId="74FEB6A0" w14:textId="77777777" w:rsidR="00080E88" w:rsidRDefault="00080E88"/>
        </w:tc>
        <w:tc>
          <w:tcPr>
            <w:tcW w:w="1250" w:type="dxa"/>
          </w:tcPr>
          <w:p w14:paraId="6AB0FBC7" w14:textId="77777777" w:rsidR="00080E88" w:rsidRDefault="00080E88"/>
        </w:tc>
        <w:tc>
          <w:tcPr>
            <w:tcW w:w="1250" w:type="dxa"/>
          </w:tcPr>
          <w:p w14:paraId="22B7F176" w14:textId="77777777" w:rsidR="00080E88" w:rsidRDefault="00080E88"/>
        </w:tc>
        <w:tc>
          <w:tcPr>
            <w:tcW w:w="1250" w:type="dxa"/>
          </w:tcPr>
          <w:p w14:paraId="05B7127D" w14:textId="77777777" w:rsidR="00080E88" w:rsidRDefault="00080E88"/>
        </w:tc>
        <w:tc>
          <w:tcPr>
            <w:tcW w:w="1250" w:type="dxa"/>
          </w:tcPr>
          <w:p w14:paraId="5B4CF7FC" w14:textId="77777777" w:rsidR="00080E88" w:rsidRDefault="00080E88"/>
        </w:tc>
        <w:tc>
          <w:tcPr>
            <w:tcW w:w="1250" w:type="dxa"/>
          </w:tcPr>
          <w:p w14:paraId="32D26FB1" w14:textId="77777777" w:rsidR="00080E88" w:rsidRDefault="00080E88"/>
        </w:tc>
      </w:tr>
      <w:tr w:rsidR="00080E88" w14:paraId="14D4ACDF" w14:textId="77777777" w:rsidTr="00015A38">
        <w:trPr>
          <w:trHeight w:val="302"/>
        </w:trPr>
        <w:tc>
          <w:tcPr>
            <w:tcW w:w="1250" w:type="dxa"/>
          </w:tcPr>
          <w:p w14:paraId="60A4AD99" w14:textId="77777777" w:rsidR="00080E88" w:rsidRDefault="00080E88"/>
        </w:tc>
        <w:tc>
          <w:tcPr>
            <w:tcW w:w="1250" w:type="dxa"/>
          </w:tcPr>
          <w:p w14:paraId="28A4BC99" w14:textId="77777777" w:rsidR="00080E88" w:rsidRDefault="00080E88"/>
        </w:tc>
        <w:tc>
          <w:tcPr>
            <w:tcW w:w="1250" w:type="dxa"/>
          </w:tcPr>
          <w:p w14:paraId="52E3F047" w14:textId="77777777" w:rsidR="00080E88" w:rsidRDefault="00080E88"/>
        </w:tc>
        <w:tc>
          <w:tcPr>
            <w:tcW w:w="1250" w:type="dxa"/>
          </w:tcPr>
          <w:p w14:paraId="0D85C490" w14:textId="77777777" w:rsidR="00080E88" w:rsidRDefault="00080E88"/>
        </w:tc>
        <w:tc>
          <w:tcPr>
            <w:tcW w:w="1250" w:type="dxa"/>
          </w:tcPr>
          <w:p w14:paraId="5FD289F3" w14:textId="77777777" w:rsidR="00080E88" w:rsidRDefault="00080E88"/>
        </w:tc>
        <w:tc>
          <w:tcPr>
            <w:tcW w:w="1250" w:type="dxa"/>
          </w:tcPr>
          <w:p w14:paraId="2B030D9D" w14:textId="77777777" w:rsidR="00080E88" w:rsidRDefault="00080E88"/>
        </w:tc>
        <w:tc>
          <w:tcPr>
            <w:tcW w:w="1250" w:type="dxa"/>
          </w:tcPr>
          <w:p w14:paraId="2F2E0DD0" w14:textId="77777777" w:rsidR="00080E88" w:rsidRDefault="00080E88"/>
        </w:tc>
      </w:tr>
      <w:tr w:rsidR="00080E88" w14:paraId="6E625E82" w14:textId="77777777" w:rsidTr="00015A38">
        <w:trPr>
          <w:trHeight w:val="302"/>
        </w:trPr>
        <w:tc>
          <w:tcPr>
            <w:tcW w:w="1250" w:type="dxa"/>
          </w:tcPr>
          <w:p w14:paraId="3DF8A55A" w14:textId="77777777" w:rsidR="00080E88" w:rsidRDefault="00080E88"/>
        </w:tc>
        <w:tc>
          <w:tcPr>
            <w:tcW w:w="1250" w:type="dxa"/>
          </w:tcPr>
          <w:p w14:paraId="06EC4C55" w14:textId="77777777" w:rsidR="00080E88" w:rsidRDefault="00080E88"/>
        </w:tc>
        <w:tc>
          <w:tcPr>
            <w:tcW w:w="1250" w:type="dxa"/>
          </w:tcPr>
          <w:p w14:paraId="32391C2A" w14:textId="77777777" w:rsidR="00080E88" w:rsidRDefault="00080E88"/>
        </w:tc>
        <w:tc>
          <w:tcPr>
            <w:tcW w:w="1250" w:type="dxa"/>
          </w:tcPr>
          <w:p w14:paraId="53FA5571" w14:textId="77777777" w:rsidR="00080E88" w:rsidRDefault="00080E88"/>
        </w:tc>
        <w:tc>
          <w:tcPr>
            <w:tcW w:w="1250" w:type="dxa"/>
          </w:tcPr>
          <w:p w14:paraId="45ACB641" w14:textId="77777777" w:rsidR="00080E88" w:rsidRDefault="00080E88"/>
        </w:tc>
        <w:tc>
          <w:tcPr>
            <w:tcW w:w="1250" w:type="dxa"/>
          </w:tcPr>
          <w:p w14:paraId="0DD8AC2A" w14:textId="77777777" w:rsidR="00080E88" w:rsidRDefault="00080E88"/>
        </w:tc>
        <w:tc>
          <w:tcPr>
            <w:tcW w:w="1250" w:type="dxa"/>
          </w:tcPr>
          <w:p w14:paraId="4C5184D9" w14:textId="77777777" w:rsidR="00080E88" w:rsidRDefault="00080E88"/>
        </w:tc>
      </w:tr>
      <w:tr w:rsidR="00080E88" w14:paraId="6AC3B6A7" w14:textId="77777777" w:rsidTr="00015A38">
        <w:trPr>
          <w:trHeight w:val="302"/>
        </w:trPr>
        <w:tc>
          <w:tcPr>
            <w:tcW w:w="1250" w:type="dxa"/>
          </w:tcPr>
          <w:p w14:paraId="4ED08DB9" w14:textId="77777777" w:rsidR="00080E88" w:rsidRDefault="00080E88"/>
        </w:tc>
        <w:tc>
          <w:tcPr>
            <w:tcW w:w="1250" w:type="dxa"/>
          </w:tcPr>
          <w:p w14:paraId="31D9CCA6" w14:textId="77777777" w:rsidR="00080E88" w:rsidRDefault="00080E88"/>
        </w:tc>
        <w:tc>
          <w:tcPr>
            <w:tcW w:w="1250" w:type="dxa"/>
          </w:tcPr>
          <w:p w14:paraId="0B8CB900" w14:textId="77777777" w:rsidR="00080E88" w:rsidRDefault="00080E88"/>
        </w:tc>
        <w:tc>
          <w:tcPr>
            <w:tcW w:w="1250" w:type="dxa"/>
          </w:tcPr>
          <w:p w14:paraId="30A1ED6C" w14:textId="77777777" w:rsidR="00080E88" w:rsidRDefault="00080E88"/>
        </w:tc>
        <w:tc>
          <w:tcPr>
            <w:tcW w:w="1250" w:type="dxa"/>
          </w:tcPr>
          <w:p w14:paraId="4F1E1975" w14:textId="77777777" w:rsidR="00080E88" w:rsidRDefault="00080E88"/>
        </w:tc>
        <w:tc>
          <w:tcPr>
            <w:tcW w:w="1250" w:type="dxa"/>
          </w:tcPr>
          <w:p w14:paraId="50C37372" w14:textId="77777777" w:rsidR="00080E88" w:rsidRDefault="00080E88"/>
        </w:tc>
        <w:tc>
          <w:tcPr>
            <w:tcW w:w="1250" w:type="dxa"/>
          </w:tcPr>
          <w:p w14:paraId="7530C35D" w14:textId="77777777" w:rsidR="00080E88" w:rsidRDefault="00080E88"/>
        </w:tc>
      </w:tr>
      <w:tr w:rsidR="00080E88" w14:paraId="1FF95E89" w14:textId="77777777" w:rsidTr="00015A38">
        <w:trPr>
          <w:trHeight w:val="302"/>
        </w:trPr>
        <w:tc>
          <w:tcPr>
            <w:tcW w:w="1250" w:type="dxa"/>
          </w:tcPr>
          <w:p w14:paraId="714305D9" w14:textId="77777777" w:rsidR="00080E88" w:rsidRDefault="00080E88"/>
        </w:tc>
        <w:tc>
          <w:tcPr>
            <w:tcW w:w="1250" w:type="dxa"/>
          </w:tcPr>
          <w:p w14:paraId="3344463A" w14:textId="77777777" w:rsidR="00080E88" w:rsidRDefault="00080E88"/>
        </w:tc>
        <w:tc>
          <w:tcPr>
            <w:tcW w:w="1250" w:type="dxa"/>
          </w:tcPr>
          <w:p w14:paraId="5D46E43A" w14:textId="77777777" w:rsidR="00080E88" w:rsidRDefault="00080E88"/>
        </w:tc>
        <w:tc>
          <w:tcPr>
            <w:tcW w:w="1250" w:type="dxa"/>
          </w:tcPr>
          <w:p w14:paraId="03AE7804" w14:textId="77777777" w:rsidR="00080E88" w:rsidRDefault="00080E88"/>
        </w:tc>
        <w:tc>
          <w:tcPr>
            <w:tcW w:w="1250" w:type="dxa"/>
          </w:tcPr>
          <w:p w14:paraId="573ED6FE" w14:textId="77777777" w:rsidR="00080E88" w:rsidRDefault="00080E88"/>
        </w:tc>
        <w:tc>
          <w:tcPr>
            <w:tcW w:w="1250" w:type="dxa"/>
          </w:tcPr>
          <w:p w14:paraId="20CAA831" w14:textId="77777777" w:rsidR="00080E88" w:rsidRDefault="00080E88"/>
        </w:tc>
        <w:tc>
          <w:tcPr>
            <w:tcW w:w="1250" w:type="dxa"/>
          </w:tcPr>
          <w:p w14:paraId="19A31215" w14:textId="77777777" w:rsidR="00080E88" w:rsidRDefault="00080E88"/>
        </w:tc>
      </w:tr>
      <w:tr w:rsidR="00080E88" w14:paraId="4F0788A1" w14:textId="77777777" w:rsidTr="00015A38">
        <w:trPr>
          <w:trHeight w:val="302"/>
        </w:trPr>
        <w:tc>
          <w:tcPr>
            <w:tcW w:w="1250" w:type="dxa"/>
          </w:tcPr>
          <w:p w14:paraId="3CAC7C5F" w14:textId="77777777" w:rsidR="00080E88" w:rsidRDefault="00080E88"/>
        </w:tc>
        <w:tc>
          <w:tcPr>
            <w:tcW w:w="1250" w:type="dxa"/>
          </w:tcPr>
          <w:p w14:paraId="402C10BE" w14:textId="77777777" w:rsidR="00080E88" w:rsidRDefault="00080E88"/>
        </w:tc>
        <w:tc>
          <w:tcPr>
            <w:tcW w:w="1250" w:type="dxa"/>
          </w:tcPr>
          <w:p w14:paraId="758B26C1" w14:textId="77777777" w:rsidR="00080E88" w:rsidRDefault="00080E88"/>
        </w:tc>
        <w:tc>
          <w:tcPr>
            <w:tcW w:w="1250" w:type="dxa"/>
          </w:tcPr>
          <w:p w14:paraId="765AC33B" w14:textId="77777777" w:rsidR="00080E88" w:rsidRDefault="00080E88"/>
        </w:tc>
        <w:tc>
          <w:tcPr>
            <w:tcW w:w="1250" w:type="dxa"/>
          </w:tcPr>
          <w:p w14:paraId="130097B6" w14:textId="77777777" w:rsidR="00080E88" w:rsidRDefault="00080E88"/>
        </w:tc>
        <w:tc>
          <w:tcPr>
            <w:tcW w:w="1250" w:type="dxa"/>
          </w:tcPr>
          <w:p w14:paraId="18C8DC8A" w14:textId="77777777" w:rsidR="00080E88" w:rsidRDefault="00080E88"/>
        </w:tc>
        <w:tc>
          <w:tcPr>
            <w:tcW w:w="1250" w:type="dxa"/>
          </w:tcPr>
          <w:p w14:paraId="6CC14F2E" w14:textId="77777777" w:rsidR="00080E88" w:rsidRDefault="00080E88"/>
        </w:tc>
      </w:tr>
      <w:tr w:rsidR="00080E88" w14:paraId="11614CC2" w14:textId="77777777" w:rsidTr="00015A38">
        <w:trPr>
          <w:trHeight w:val="302"/>
        </w:trPr>
        <w:tc>
          <w:tcPr>
            <w:tcW w:w="1250" w:type="dxa"/>
          </w:tcPr>
          <w:p w14:paraId="6F115822" w14:textId="77777777" w:rsidR="00080E88" w:rsidRDefault="00080E88"/>
        </w:tc>
        <w:tc>
          <w:tcPr>
            <w:tcW w:w="1250" w:type="dxa"/>
          </w:tcPr>
          <w:p w14:paraId="076F13C8" w14:textId="77777777" w:rsidR="00080E88" w:rsidRDefault="00080E88"/>
        </w:tc>
        <w:tc>
          <w:tcPr>
            <w:tcW w:w="1250" w:type="dxa"/>
          </w:tcPr>
          <w:p w14:paraId="4B5683B2" w14:textId="77777777" w:rsidR="00080E88" w:rsidRDefault="00080E88"/>
        </w:tc>
        <w:tc>
          <w:tcPr>
            <w:tcW w:w="1250" w:type="dxa"/>
          </w:tcPr>
          <w:p w14:paraId="51072BAA" w14:textId="77777777" w:rsidR="00080E88" w:rsidRDefault="00080E88"/>
        </w:tc>
        <w:tc>
          <w:tcPr>
            <w:tcW w:w="1250" w:type="dxa"/>
          </w:tcPr>
          <w:p w14:paraId="1B22F718" w14:textId="77777777" w:rsidR="00080E88" w:rsidRDefault="00080E88"/>
        </w:tc>
        <w:tc>
          <w:tcPr>
            <w:tcW w:w="1250" w:type="dxa"/>
          </w:tcPr>
          <w:p w14:paraId="276E217F" w14:textId="77777777" w:rsidR="00080E88" w:rsidRDefault="00080E88"/>
        </w:tc>
        <w:tc>
          <w:tcPr>
            <w:tcW w:w="1250" w:type="dxa"/>
          </w:tcPr>
          <w:p w14:paraId="4707CD71" w14:textId="77777777" w:rsidR="00080E88" w:rsidRDefault="00080E88"/>
        </w:tc>
      </w:tr>
      <w:tr w:rsidR="00015A38" w14:paraId="41D7396C" w14:textId="77777777" w:rsidTr="00015A38">
        <w:trPr>
          <w:trHeight w:val="302"/>
        </w:trPr>
        <w:tc>
          <w:tcPr>
            <w:tcW w:w="1250" w:type="dxa"/>
          </w:tcPr>
          <w:p w14:paraId="2EA22611" w14:textId="77777777" w:rsidR="00015A38" w:rsidRDefault="00015A38"/>
        </w:tc>
        <w:tc>
          <w:tcPr>
            <w:tcW w:w="1250" w:type="dxa"/>
          </w:tcPr>
          <w:p w14:paraId="1D9B22EF" w14:textId="77777777" w:rsidR="00015A38" w:rsidRDefault="00015A38"/>
        </w:tc>
        <w:tc>
          <w:tcPr>
            <w:tcW w:w="1250" w:type="dxa"/>
          </w:tcPr>
          <w:p w14:paraId="6397EC9C" w14:textId="77777777" w:rsidR="00015A38" w:rsidRDefault="00015A38"/>
        </w:tc>
        <w:tc>
          <w:tcPr>
            <w:tcW w:w="1250" w:type="dxa"/>
          </w:tcPr>
          <w:p w14:paraId="565D08F1" w14:textId="77777777" w:rsidR="00015A38" w:rsidRDefault="00015A38"/>
        </w:tc>
        <w:tc>
          <w:tcPr>
            <w:tcW w:w="1250" w:type="dxa"/>
          </w:tcPr>
          <w:p w14:paraId="4A2CF172" w14:textId="77777777" w:rsidR="00015A38" w:rsidRDefault="00015A38"/>
        </w:tc>
        <w:tc>
          <w:tcPr>
            <w:tcW w:w="1250" w:type="dxa"/>
          </w:tcPr>
          <w:p w14:paraId="393791D5" w14:textId="77777777" w:rsidR="00015A38" w:rsidRDefault="00015A38"/>
        </w:tc>
        <w:tc>
          <w:tcPr>
            <w:tcW w:w="1250" w:type="dxa"/>
          </w:tcPr>
          <w:p w14:paraId="23E2760B" w14:textId="77777777" w:rsidR="00015A38" w:rsidRDefault="00015A38"/>
        </w:tc>
      </w:tr>
      <w:tr w:rsidR="00015A38" w14:paraId="25DB63C8" w14:textId="77777777" w:rsidTr="00015A38">
        <w:trPr>
          <w:trHeight w:val="302"/>
        </w:trPr>
        <w:tc>
          <w:tcPr>
            <w:tcW w:w="1250" w:type="dxa"/>
          </w:tcPr>
          <w:p w14:paraId="1F19592D" w14:textId="77777777" w:rsidR="00015A38" w:rsidRDefault="00015A38"/>
        </w:tc>
        <w:tc>
          <w:tcPr>
            <w:tcW w:w="1250" w:type="dxa"/>
          </w:tcPr>
          <w:p w14:paraId="2A7EC746" w14:textId="77777777" w:rsidR="00015A38" w:rsidRDefault="00015A38"/>
        </w:tc>
        <w:tc>
          <w:tcPr>
            <w:tcW w:w="1250" w:type="dxa"/>
          </w:tcPr>
          <w:p w14:paraId="5CAF9D8C" w14:textId="77777777" w:rsidR="00015A38" w:rsidRDefault="00015A38"/>
        </w:tc>
        <w:tc>
          <w:tcPr>
            <w:tcW w:w="1250" w:type="dxa"/>
          </w:tcPr>
          <w:p w14:paraId="583BEAE2" w14:textId="77777777" w:rsidR="00015A38" w:rsidRDefault="00015A38"/>
        </w:tc>
        <w:tc>
          <w:tcPr>
            <w:tcW w:w="1250" w:type="dxa"/>
          </w:tcPr>
          <w:p w14:paraId="0DAED6F1" w14:textId="77777777" w:rsidR="00015A38" w:rsidRDefault="00015A38"/>
        </w:tc>
        <w:tc>
          <w:tcPr>
            <w:tcW w:w="1250" w:type="dxa"/>
          </w:tcPr>
          <w:p w14:paraId="0778922D" w14:textId="77777777" w:rsidR="00015A38" w:rsidRDefault="00015A38"/>
        </w:tc>
        <w:tc>
          <w:tcPr>
            <w:tcW w:w="1250" w:type="dxa"/>
          </w:tcPr>
          <w:p w14:paraId="378C8BC9" w14:textId="77777777" w:rsidR="00015A38" w:rsidRDefault="00015A38"/>
        </w:tc>
      </w:tr>
      <w:tr w:rsidR="00015A38" w14:paraId="69E5961D" w14:textId="77777777" w:rsidTr="00015A38">
        <w:trPr>
          <w:trHeight w:val="302"/>
        </w:trPr>
        <w:tc>
          <w:tcPr>
            <w:tcW w:w="1250" w:type="dxa"/>
          </w:tcPr>
          <w:p w14:paraId="6F1AE0C3" w14:textId="77777777" w:rsidR="00015A38" w:rsidRDefault="00015A38"/>
        </w:tc>
        <w:tc>
          <w:tcPr>
            <w:tcW w:w="1250" w:type="dxa"/>
          </w:tcPr>
          <w:p w14:paraId="752D7C0B" w14:textId="77777777" w:rsidR="00015A38" w:rsidRDefault="00015A38"/>
        </w:tc>
        <w:tc>
          <w:tcPr>
            <w:tcW w:w="1250" w:type="dxa"/>
          </w:tcPr>
          <w:p w14:paraId="6CFC9EB7" w14:textId="77777777" w:rsidR="00015A38" w:rsidRDefault="00015A38"/>
        </w:tc>
        <w:tc>
          <w:tcPr>
            <w:tcW w:w="1250" w:type="dxa"/>
          </w:tcPr>
          <w:p w14:paraId="3261C1E6" w14:textId="77777777" w:rsidR="00015A38" w:rsidRDefault="00015A38"/>
        </w:tc>
        <w:tc>
          <w:tcPr>
            <w:tcW w:w="1250" w:type="dxa"/>
          </w:tcPr>
          <w:p w14:paraId="6B58724A" w14:textId="77777777" w:rsidR="00015A38" w:rsidRDefault="00015A38"/>
        </w:tc>
        <w:tc>
          <w:tcPr>
            <w:tcW w:w="1250" w:type="dxa"/>
          </w:tcPr>
          <w:p w14:paraId="3B2563A4" w14:textId="77777777" w:rsidR="00015A38" w:rsidRDefault="00015A38"/>
        </w:tc>
        <w:tc>
          <w:tcPr>
            <w:tcW w:w="1250" w:type="dxa"/>
          </w:tcPr>
          <w:p w14:paraId="246C4D7E" w14:textId="77777777" w:rsidR="00015A38" w:rsidRDefault="00015A38"/>
        </w:tc>
      </w:tr>
      <w:tr w:rsidR="00015A38" w14:paraId="135AFA55" w14:textId="77777777" w:rsidTr="00015A38">
        <w:trPr>
          <w:trHeight w:val="302"/>
        </w:trPr>
        <w:tc>
          <w:tcPr>
            <w:tcW w:w="1250" w:type="dxa"/>
          </w:tcPr>
          <w:p w14:paraId="69C97B72" w14:textId="77777777" w:rsidR="00015A38" w:rsidRDefault="00015A38"/>
        </w:tc>
        <w:tc>
          <w:tcPr>
            <w:tcW w:w="1250" w:type="dxa"/>
          </w:tcPr>
          <w:p w14:paraId="7191A7D7" w14:textId="77777777" w:rsidR="00015A38" w:rsidRDefault="00015A38"/>
        </w:tc>
        <w:tc>
          <w:tcPr>
            <w:tcW w:w="1250" w:type="dxa"/>
          </w:tcPr>
          <w:p w14:paraId="7BE0E4BA" w14:textId="77777777" w:rsidR="00015A38" w:rsidRDefault="00015A38"/>
        </w:tc>
        <w:tc>
          <w:tcPr>
            <w:tcW w:w="1250" w:type="dxa"/>
          </w:tcPr>
          <w:p w14:paraId="7DB3BCE9" w14:textId="77777777" w:rsidR="00015A38" w:rsidRDefault="00015A38"/>
        </w:tc>
        <w:tc>
          <w:tcPr>
            <w:tcW w:w="1250" w:type="dxa"/>
          </w:tcPr>
          <w:p w14:paraId="736334E5" w14:textId="77777777" w:rsidR="00015A38" w:rsidRDefault="00015A38"/>
        </w:tc>
        <w:tc>
          <w:tcPr>
            <w:tcW w:w="1250" w:type="dxa"/>
          </w:tcPr>
          <w:p w14:paraId="3FF137F1" w14:textId="77777777" w:rsidR="00015A38" w:rsidRDefault="00015A38"/>
        </w:tc>
        <w:tc>
          <w:tcPr>
            <w:tcW w:w="1250" w:type="dxa"/>
          </w:tcPr>
          <w:p w14:paraId="23FBF10B" w14:textId="77777777" w:rsidR="00015A38" w:rsidRDefault="00015A38"/>
        </w:tc>
      </w:tr>
      <w:tr w:rsidR="00015A38" w14:paraId="16ED3D11" w14:textId="77777777" w:rsidTr="00015A38">
        <w:trPr>
          <w:trHeight w:val="302"/>
        </w:trPr>
        <w:tc>
          <w:tcPr>
            <w:tcW w:w="1250" w:type="dxa"/>
          </w:tcPr>
          <w:p w14:paraId="4BE6AF05" w14:textId="77777777" w:rsidR="00015A38" w:rsidRDefault="00015A38"/>
        </w:tc>
        <w:tc>
          <w:tcPr>
            <w:tcW w:w="1250" w:type="dxa"/>
          </w:tcPr>
          <w:p w14:paraId="6BD53F9C" w14:textId="77777777" w:rsidR="00015A38" w:rsidRDefault="00015A38"/>
        </w:tc>
        <w:tc>
          <w:tcPr>
            <w:tcW w:w="1250" w:type="dxa"/>
          </w:tcPr>
          <w:p w14:paraId="6EF639FB" w14:textId="77777777" w:rsidR="00015A38" w:rsidRDefault="00015A38"/>
        </w:tc>
        <w:tc>
          <w:tcPr>
            <w:tcW w:w="1250" w:type="dxa"/>
          </w:tcPr>
          <w:p w14:paraId="771B4B31" w14:textId="77777777" w:rsidR="00015A38" w:rsidRDefault="00015A38"/>
        </w:tc>
        <w:tc>
          <w:tcPr>
            <w:tcW w:w="1250" w:type="dxa"/>
          </w:tcPr>
          <w:p w14:paraId="6D207E20" w14:textId="77777777" w:rsidR="00015A38" w:rsidRDefault="00015A38"/>
        </w:tc>
        <w:tc>
          <w:tcPr>
            <w:tcW w:w="1250" w:type="dxa"/>
          </w:tcPr>
          <w:p w14:paraId="12937E0D" w14:textId="77777777" w:rsidR="00015A38" w:rsidRDefault="00015A38"/>
        </w:tc>
        <w:tc>
          <w:tcPr>
            <w:tcW w:w="1250" w:type="dxa"/>
          </w:tcPr>
          <w:p w14:paraId="3F5765E8" w14:textId="77777777" w:rsidR="00015A38" w:rsidRDefault="00015A38"/>
        </w:tc>
      </w:tr>
      <w:tr w:rsidR="00015A38" w14:paraId="6E4B7EA4" w14:textId="77777777" w:rsidTr="00015A38">
        <w:trPr>
          <w:trHeight w:val="302"/>
        </w:trPr>
        <w:tc>
          <w:tcPr>
            <w:tcW w:w="1250" w:type="dxa"/>
          </w:tcPr>
          <w:p w14:paraId="55A4C389" w14:textId="77777777" w:rsidR="00015A38" w:rsidRDefault="00015A38"/>
        </w:tc>
        <w:tc>
          <w:tcPr>
            <w:tcW w:w="1250" w:type="dxa"/>
          </w:tcPr>
          <w:p w14:paraId="2CEE3071" w14:textId="77777777" w:rsidR="00015A38" w:rsidRDefault="00015A38"/>
        </w:tc>
        <w:tc>
          <w:tcPr>
            <w:tcW w:w="1250" w:type="dxa"/>
          </w:tcPr>
          <w:p w14:paraId="48C53871" w14:textId="77777777" w:rsidR="00015A38" w:rsidRDefault="00015A38"/>
        </w:tc>
        <w:tc>
          <w:tcPr>
            <w:tcW w:w="1250" w:type="dxa"/>
          </w:tcPr>
          <w:p w14:paraId="51131546" w14:textId="77777777" w:rsidR="00015A38" w:rsidRDefault="00015A38"/>
        </w:tc>
        <w:tc>
          <w:tcPr>
            <w:tcW w:w="1250" w:type="dxa"/>
          </w:tcPr>
          <w:p w14:paraId="6424108B" w14:textId="77777777" w:rsidR="00015A38" w:rsidRDefault="00015A38"/>
        </w:tc>
        <w:tc>
          <w:tcPr>
            <w:tcW w:w="1250" w:type="dxa"/>
          </w:tcPr>
          <w:p w14:paraId="569B96D6" w14:textId="77777777" w:rsidR="00015A38" w:rsidRDefault="00015A38"/>
        </w:tc>
        <w:tc>
          <w:tcPr>
            <w:tcW w:w="1250" w:type="dxa"/>
          </w:tcPr>
          <w:p w14:paraId="29F670A0" w14:textId="77777777" w:rsidR="00015A38" w:rsidRDefault="00015A38"/>
        </w:tc>
      </w:tr>
      <w:tr w:rsidR="00015A38" w14:paraId="4E9883EF" w14:textId="77777777" w:rsidTr="00015A38">
        <w:trPr>
          <w:trHeight w:val="302"/>
        </w:trPr>
        <w:tc>
          <w:tcPr>
            <w:tcW w:w="1250" w:type="dxa"/>
          </w:tcPr>
          <w:p w14:paraId="095D7F7B" w14:textId="77777777" w:rsidR="00015A38" w:rsidRDefault="00015A38"/>
        </w:tc>
        <w:tc>
          <w:tcPr>
            <w:tcW w:w="1250" w:type="dxa"/>
          </w:tcPr>
          <w:p w14:paraId="62F03AD1" w14:textId="77777777" w:rsidR="00015A38" w:rsidRDefault="00015A38"/>
        </w:tc>
        <w:tc>
          <w:tcPr>
            <w:tcW w:w="1250" w:type="dxa"/>
          </w:tcPr>
          <w:p w14:paraId="350D596A" w14:textId="77777777" w:rsidR="00015A38" w:rsidRDefault="00015A38"/>
        </w:tc>
        <w:tc>
          <w:tcPr>
            <w:tcW w:w="1250" w:type="dxa"/>
          </w:tcPr>
          <w:p w14:paraId="5C2C0A27" w14:textId="77777777" w:rsidR="00015A38" w:rsidRDefault="00015A38"/>
        </w:tc>
        <w:tc>
          <w:tcPr>
            <w:tcW w:w="1250" w:type="dxa"/>
          </w:tcPr>
          <w:p w14:paraId="208E616C" w14:textId="77777777" w:rsidR="00015A38" w:rsidRDefault="00015A38"/>
        </w:tc>
        <w:tc>
          <w:tcPr>
            <w:tcW w:w="1250" w:type="dxa"/>
          </w:tcPr>
          <w:p w14:paraId="113C2B41" w14:textId="77777777" w:rsidR="00015A38" w:rsidRDefault="00015A38"/>
        </w:tc>
        <w:tc>
          <w:tcPr>
            <w:tcW w:w="1250" w:type="dxa"/>
          </w:tcPr>
          <w:p w14:paraId="4C5406DF" w14:textId="77777777" w:rsidR="00015A38" w:rsidRDefault="00015A38"/>
        </w:tc>
      </w:tr>
    </w:tbl>
    <w:p w14:paraId="5BD49709" w14:textId="77777777" w:rsidR="00080E88" w:rsidRDefault="00000000">
      <w:pPr>
        <w:pStyle w:val="Heading2"/>
      </w:pPr>
      <w:r>
        <w:t>Daily Averages (Optional):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</w:tblGrid>
      <w:tr w:rsidR="00015A38" w14:paraId="3CAFBD80" w14:textId="77777777">
        <w:tc>
          <w:tcPr>
            <w:tcW w:w="1728" w:type="dxa"/>
          </w:tcPr>
          <w:p w14:paraId="05B31275" w14:textId="77777777" w:rsidR="00015A38" w:rsidRDefault="00015A38">
            <w:r>
              <w:t>Date</w:t>
            </w:r>
          </w:p>
        </w:tc>
        <w:tc>
          <w:tcPr>
            <w:tcW w:w="1728" w:type="dxa"/>
          </w:tcPr>
          <w:p w14:paraId="41D7D258" w14:textId="77777777" w:rsidR="00015A38" w:rsidRDefault="00015A38">
            <w:r>
              <w:t>Avg Systolic</w:t>
            </w:r>
          </w:p>
        </w:tc>
        <w:tc>
          <w:tcPr>
            <w:tcW w:w="1728" w:type="dxa"/>
          </w:tcPr>
          <w:p w14:paraId="0FAD4A85" w14:textId="77777777" w:rsidR="00015A38" w:rsidRDefault="00015A38">
            <w:r>
              <w:t>Avg Diastolic</w:t>
            </w:r>
          </w:p>
        </w:tc>
        <w:tc>
          <w:tcPr>
            <w:tcW w:w="1728" w:type="dxa"/>
          </w:tcPr>
          <w:p w14:paraId="4420E2F6" w14:textId="77777777" w:rsidR="00015A38" w:rsidRDefault="00015A38">
            <w:r>
              <w:t>Comments</w:t>
            </w:r>
          </w:p>
        </w:tc>
      </w:tr>
      <w:tr w:rsidR="00015A38" w14:paraId="6D311DCC" w14:textId="77777777">
        <w:tc>
          <w:tcPr>
            <w:tcW w:w="1728" w:type="dxa"/>
          </w:tcPr>
          <w:p w14:paraId="3D05B1F0" w14:textId="77777777" w:rsidR="00015A38" w:rsidRDefault="00015A38"/>
        </w:tc>
        <w:tc>
          <w:tcPr>
            <w:tcW w:w="1728" w:type="dxa"/>
          </w:tcPr>
          <w:p w14:paraId="1E88273F" w14:textId="77777777" w:rsidR="00015A38" w:rsidRDefault="00015A38"/>
        </w:tc>
        <w:tc>
          <w:tcPr>
            <w:tcW w:w="1728" w:type="dxa"/>
          </w:tcPr>
          <w:p w14:paraId="6856544E" w14:textId="77777777" w:rsidR="00015A38" w:rsidRDefault="00015A38"/>
        </w:tc>
        <w:tc>
          <w:tcPr>
            <w:tcW w:w="1728" w:type="dxa"/>
          </w:tcPr>
          <w:p w14:paraId="6FBAD2AD" w14:textId="77777777" w:rsidR="00015A38" w:rsidRDefault="00015A38"/>
        </w:tc>
      </w:tr>
      <w:tr w:rsidR="00015A38" w14:paraId="486CDBD5" w14:textId="77777777">
        <w:tc>
          <w:tcPr>
            <w:tcW w:w="1728" w:type="dxa"/>
          </w:tcPr>
          <w:p w14:paraId="10510AFB" w14:textId="77777777" w:rsidR="00015A38" w:rsidRDefault="00015A38"/>
        </w:tc>
        <w:tc>
          <w:tcPr>
            <w:tcW w:w="1728" w:type="dxa"/>
          </w:tcPr>
          <w:p w14:paraId="101EFA01" w14:textId="77777777" w:rsidR="00015A38" w:rsidRDefault="00015A38"/>
        </w:tc>
        <w:tc>
          <w:tcPr>
            <w:tcW w:w="1728" w:type="dxa"/>
          </w:tcPr>
          <w:p w14:paraId="0F69C265" w14:textId="77777777" w:rsidR="00015A38" w:rsidRDefault="00015A38"/>
        </w:tc>
        <w:tc>
          <w:tcPr>
            <w:tcW w:w="1728" w:type="dxa"/>
          </w:tcPr>
          <w:p w14:paraId="04DDB4C7" w14:textId="77777777" w:rsidR="00015A38" w:rsidRDefault="00015A38"/>
        </w:tc>
      </w:tr>
      <w:tr w:rsidR="00015A38" w14:paraId="3EAB4FC1" w14:textId="77777777">
        <w:tc>
          <w:tcPr>
            <w:tcW w:w="1728" w:type="dxa"/>
          </w:tcPr>
          <w:p w14:paraId="133A544C" w14:textId="77777777" w:rsidR="00015A38" w:rsidRDefault="00015A38"/>
        </w:tc>
        <w:tc>
          <w:tcPr>
            <w:tcW w:w="1728" w:type="dxa"/>
          </w:tcPr>
          <w:p w14:paraId="3FC099E3" w14:textId="77777777" w:rsidR="00015A38" w:rsidRDefault="00015A38"/>
        </w:tc>
        <w:tc>
          <w:tcPr>
            <w:tcW w:w="1728" w:type="dxa"/>
          </w:tcPr>
          <w:p w14:paraId="5ADC6EBB" w14:textId="77777777" w:rsidR="00015A38" w:rsidRDefault="00015A38"/>
        </w:tc>
        <w:tc>
          <w:tcPr>
            <w:tcW w:w="1728" w:type="dxa"/>
          </w:tcPr>
          <w:p w14:paraId="34766FC9" w14:textId="77777777" w:rsidR="00015A38" w:rsidRDefault="00015A38"/>
        </w:tc>
      </w:tr>
      <w:tr w:rsidR="00015A38" w14:paraId="31B338C3" w14:textId="77777777">
        <w:tc>
          <w:tcPr>
            <w:tcW w:w="1728" w:type="dxa"/>
          </w:tcPr>
          <w:p w14:paraId="4D1F81DE" w14:textId="77777777" w:rsidR="00015A38" w:rsidRDefault="00015A38"/>
        </w:tc>
        <w:tc>
          <w:tcPr>
            <w:tcW w:w="1728" w:type="dxa"/>
          </w:tcPr>
          <w:p w14:paraId="4CC60AEC" w14:textId="77777777" w:rsidR="00015A38" w:rsidRDefault="00015A38"/>
        </w:tc>
        <w:tc>
          <w:tcPr>
            <w:tcW w:w="1728" w:type="dxa"/>
          </w:tcPr>
          <w:p w14:paraId="649DE170" w14:textId="77777777" w:rsidR="00015A38" w:rsidRDefault="00015A38"/>
        </w:tc>
        <w:tc>
          <w:tcPr>
            <w:tcW w:w="1728" w:type="dxa"/>
          </w:tcPr>
          <w:p w14:paraId="4DF456D0" w14:textId="77777777" w:rsidR="00015A38" w:rsidRDefault="00015A38"/>
        </w:tc>
      </w:tr>
      <w:tr w:rsidR="0019178F" w14:paraId="4696D1FA" w14:textId="77777777">
        <w:tc>
          <w:tcPr>
            <w:tcW w:w="1728" w:type="dxa"/>
          </w:tcPr>
          <w:p w14:paraId="51598C30" w14:textId="77777777" w:rsidR="0019178F" w:rsidRDefault="0019178F"/>
        </w:tc>
        <w:tc>
          <w:tcPr>
            <w:tcW w:w="1728" w:type="dxa"/>
          </w:tcPr>
          <w:p w14:paraId="7363FCB4" w14:textId="77777777" w:rsidR="0019178F" w:rsidRDefault="0019178F"/>
        </w:tc>
        <w:tc>
          <w:tcPr>
            <w:tcW w:w="1728" w:type="dxa"/>
          </w:tcPr>
          <w:p w14:paraId="5DE27B7A" w14:textId="77777777" w:rsidR="0019178F" w:rsidRDefault="0019178F"/>
        </w:tc>
        <w:tc>
          <w:tcPr>
            <w:tcW w:w="1728" w:type="dxa"/>
          </w:tcPr>
          <w:p w14:paraId="54A7DB59" w14:textId="77777777" w:rsidR="0019178F" w:rsidRDefault="0019178F"/>
        </w:tc>
      </w:tr>
      <w:tr w:rsidR="0019178F" w14:paraId="33A1487D" w14:textId="77777777">
        <w:tc>
          <w:tcPr>
            <w:tcW w:w="1728" w:type="dxa"/>
          </w:tcPr>
          <w:p w14:paraId="037ADA42" w14:textId="77777777" w:rsidR="0019178F" w:rsidRDefault="0019178F"/>
        </w:tc>
        <w:tc>
          <w:tcPr>
            <w:tcW w:w="1728" w:type="dxa"/>
          </w:tcPr>
          <w:p w14:paraId="1B13DA50" w14:textId="77777777" w:rsidR="0019178F" w:rsidRDefault="0019178F"/>
        </w:tc>
        <w:tc>
          <w:tcPr>
            <w:tcW w:w="1728" w:type="dxa"/>
          </w:tcPr>
          <w:p w14:paraId="63AAFBB6" w14:textId="77777777" w:rsidR="0019178F" w:rsidRDefault="0019178F"/>
        </w:tc>
        <w:tc>
          <w:tcPr>
            <w:tcW w:w="1728" w:type="dxa"/>
          </w:tcPr>
          <w:p w14:paraId="31876E5A" w14:textId="77777777" w:rsidR="0019178F" w:rsidRDefault="0019178F"/>
        </w:tc>
      </w:tr>
      <w:tr w:rsidR="0019178F" w14:paraId="4A97E9E6" w14:textId="77777777">
        <w:tc>
          <w:tcPr>
            <w:tcW w:w="1728" w:type="dxa"/>
          </w:tcPr>
          <w:p w14:paraId="26704EE4" w14:textId="77777777" w:rsidR="0019178F" w:rsidRDefault="0019178F"/>
        </w:tc>
        <w:tc>
          <w:tcPr>
            <w:tcW w:w="1728" w:type="dxa"/>
          </w:tcPr>
          <w:p w14:paraId="3D8F4949" w14:textId="77777777" w:rsidR="0019178F" w:rsidRDefault="0019178F"/>
        </w:tc>
        <w:tc>
          <w:tcPr>
            <w:tcW w:w="1728" w:type="dxa"/>
          </w:tcPr>
          <w:p w14:paraId="3CFB41CC" w14:textId="77777777" w:rsidR="0019178F" w:rsidRDefault="0019178F"/>
        </w:tc>
        <w:tc>
          <w:tcPr>
            <w:tcW w:w="1728" w:type="dxa"/>
          </w:tcPr>
          <w:p w14:paraId="0E180581" w14:textId="77777777" w:rsidR="0019178F" w:rsidRDefault="0019178F"/>
        </w:tc>
      </w:tr>
    </w:tbl>
    <w:p w14:paraId="4F3F92C6" w14:textId="77777777" w:rsidR="00BA66C0" w:rsidRDefault="00BA66C0"/>
    <w:sectPr w:rsidR="00BA66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5126821">
    <w:abstractNumId w:val="8"/>
  </w:num>
  <w:num w:numId="2" w16cid:durableId="645358060">
    <w:abstractNumId w:val="6"/>
  </w:num>
  <w:num w:numId="3" w16cid:durableId="1461151121">
    <w:abstractNumId w:val="5"/>
  </w:num>
  <w:num w:numId="4" w16cid:durableId="1744834578">
    <w:abstractNumId w:val="4"/>
  </w:num>
  <w:num w:numId="5" w16cid:durableId="1908150891">
    <w:abstractNumId w:val="7"/>
  </w:num>
  <w:num w:numId="6" w16cid:durableId="1059206668">
    <w:abstractNumId w:val="3"/>
  </w:num>
  <w:num w:numId="7" w16cid:durableId="402292688">
    <w:abstractNumId w:val="2"/>
  </w:num>
  <w:num w:numId="8" w16cid:durableId="1389525770">
    <w:abstractNumId w:val="1"/>
  </w:num>
  <w:num w:numId="9" w16cid:durableId="390882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5A38"/>
    <w:rsid w:val="00034616"/>
    <w:rsid w:val="0006063C"/>
    <w:rsid w:val="00080E88"/>
    <w:rsid w:val="0015074B"/>
    <w:rsid w:val="0019178F"/>
    <w:rsid w:val="0029639D"/>
    <w:rsid w:val="00326F90"/>
    <w:rsid w:val="00AA1D8D"/>
    <w:rsid w:val="00AF62D4"/>
    <w:rsid w:val="00B47730"/>
    <w:rsid w:val="00B75CF7"/>
    <w:rsid w:val="00BA66C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F4734A"/>
  <w14:defaultImageDpi w14:val="300"/>
  <w15:docId w15:val="{1CA02456-B59D-D045-B597-F95A0AE5B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Sameer Kushwaha</cp:lastModifiedBy>
  <cp:revision>5</cp:revision>
  <dcterms:created xsi:type="dcterms:W3CDTF">2013-12-23T23:15:00Z</dcterms:created>
  <dcterms:modified xsi:type="dcterms:W3CDTF">2025-05-18T01:29:00Z</dcterms:modified>
  <cp:category/>
</cp:coreProperties>
</file>